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D4A92" w14:textId="6ADEF5FE" w:rsidR="00BE0A9B" w:rsidRPr="00BE0A9B" w:rsidRDefault="00BE0A9B" w:rsidP="00BE0A9B">
      <w:pPr>
        <w:spacing w:after="0"/>
        <w:ind w:firstLine="720"/>
        <w:rPr>
          <w:rFonts w:ascii="Segoe UI Historic" w:hAnsi="Segoe UI Historic" w:cs="Segoe UI Historic"/>
          <w:b/>
          <w:color w:val="050505"/>
          <w:sz w:val="23"/>
          <w:szCs w:val="23"/>
          <w:shd w:val="clear" w:color="auto" w:fill="FFFFFF"/>
        </w:rPr>
      </w:pPr>
      <w:r>
        <w:rPr>
          <w:rFonts w:ascii="Segoe UI Historic" w:hAnsi="Segoe UI Historic" w:cs="Segoe UI Historic"/>
          <w:noProof/>
          <w:color w:val="050505"/>
          <w:sz w:val="23"/>
          <w:szCs w:val="23"/>
          <w:shd w:val="clear" w:color="auto" w:fill="FFFFFF"/>
        </w:rPr>
        <w:drawing>
          <wp:inline distT="0" distB="0" distL="0" distR="0" wp14:anchorId="051A291F" wp14:editId="1A76C492">
            <wp:extent cx="336550" cy="336550"/>
            <wp:effectExtent l="0" t="0" r="6350" b="635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99" cy="339699"/>
                    </a:xfrm>
                    <a:prstGeom prst="rect">
                      <a:avLst/>
                    </a:prstGeom>
                    <a:noFill/>
                    <a:ln>
                      <a:noFill/>
                    </a:ln>
                  </pic:spPr>
                </pic:pic>
              </a:graphicData>
            </a:graphic>
          </wp:inline>
        </w:drawing>
      </w:r>
      <w:r w:rsidRPr="00BE0A9B">
        <w:rPr>
          <w:rFonts w:ascii="Segoe UI Historic" w:hAnsi="Segoe UI Historic" w:cs="Segoe UI Historic"/>
          <w:b/>
          <w:color w:val="050505"/>
          <w:sz w:val="23"/>
          <w:szCs w:val="23"/>
          <w:shd w:val="clear" w:color="auto" w:fill="FFFFFF"/>
        </w:rPr>
        <w:t>THE MORNING MEETING - TRÒ CHUY</w:t>
      </w:r>
      <w:r w:rsidRPr="00BE0A9B">
        <w:rPr>
          <w:rFonts w:ascii="Calibri" w:hAnsi="Calibri" w:cs="Calibri"/>
          <w:b/>
          <w:color w:val="050505"/>
          <w:sz w:val="23"/>
          <w:szCs w:val="23"/>
          <w:shd w:val="clear" w:color="auto" w:fill="FFFFFF"/>
        </w:rPr>
        <w:t>Ệ</w:t>
      </w:r>
      <w:r w:rsidRPr="00BE0A9B">
        <w:rPr>
          <w:rFonts w:ascii="Segoe UI Historic" w:hAnsi="Segoe UI Historic" w:cs="Segoe UI Historic"/>
          <w:b/>
          <w:color w:val="050505"/>
          <w:sz w:val="23"/>
          <w:szCs w:val="23"/>
          <w:shd w:val="clear" w:color="auto" w:fill="FFFFFF"/>
        </w:rPr>
        <w:t>N BU</w:t>
      </w:r>
      <w:r w:rsidRPr="00BE0A9B">
        <w:rPr>
          <w:rFonts w:ascii="Calibri" w:hAnsi="Calibri" w:cs="Calibri"/>
          <w:b/>
          <w:color w:val="050505"/>
          <w:sz w:val="23"/>
          <w:szCs w:val="23"/>
          <w:shd w:val="clear" w:color="auto" w:fill="FFFFFF"/>
        </w:rPr>
        <w:t>Ổ</w:t>
      </w:r>
      <w:r w:rsidRPr="00BE0A9B">
        <w:rPr>
          <w:rFonts w:ascii="Segoe UI Historic" w:hAnsi="Segoe UI Historic" w:cs="Segoe UI Historic"/>
          <w:b/>
          <w:color w:val="050505"/>
          <w:sz w:val="23"/>
          <w:szCs w:val="23"/>
          <w:shd w:val="clear" w:color="auto" w:fill="FFFFFF"/>
        </w:rPr>
        <w:t>I SÁNG (UNIS)</w:t>
      </w:r>
    </w:p>
    <w:p w14:paraId="05716EB8" w14:textId="6CF16B2F" w:rsidR="00123E41" w:rsidRPr="00E639BA" w:rsidRDefault="00BE0A9B" w:rsidP="00BE0A9B">
      <w:pPr>
        <w:spacing w:after="0"/>
        <w:ind w:firstLine="720"/>
        <w:rPr>
          <w:rFonts w:ascii="Times New Roman" w:hAnsi="Times New Roman" w:cs="Times New Roman"/>
          <w:sz w:val="28"/>
          <w:szCs w:val="28"/>
        </w:rPr>
      </w:pPr>
      <w:bookmarkStart w:id="0" w:name="_GoBack"/>
      <w:r w:rsidRPr="00BE0A9B">
        <w:rPr>
          <w:rFonts w:ascii="Times New Roman" w:hAnsi="Times New Roman" w:cs="Times New Roman"/>
          <w:color w:val="0A0A0A"/>
          <w:sz w:val="28"/>
          <w:szCs w:val="28"/>
          <w:shd w:val="clear" w:color="auto" w:fill="FFFFFF"/>
        </w:rPr>
        <w:t>Trò chuyện sáng theo phương pháp UNIS</w:t>
      </w:r>
      <w:r w:rsidR="00E639BA" w:rsidRPr="00BE0A9B">
        <w:rPr>
          <w:rFonts w:ascii="Times New Roman" w:hAnsi="Times New Roman" w:cs="Times New Roman"/>
          <w:sz w:val="28"/>
          <w:szCs w:val="28"/>
        </w:rPr>
        <w:t xml:space="preserve"> </w:t>
      </w:r>
      <w:r w:rsidRPr="00BE0A9B">
        <w:rPr>
          <w:rFonts w:ascii="Times New Roman" w:hAnsi="Times New Roman" w:cs="Times New Roman"/>
          <w:color w:val="0A0A0A"/>
          <w:sz w:val="28"/>
          <w:szCs w:val="28"/>
          <w:shd w:val="clear" w:color="auto" w:fill="FFFFFF"/>
        </w:rPr>
        <w:t> </w:t>
      </w:r>
      <w:r w:rsidRPr="00BE0A9B">
        <w:rPr>
          <w:rFonts w:ascii="Times New Roman" w:hAnsi="Times New Roman" w:cs="Times New Roman"/>
          <w:sz w:val="28"/>
          <w:szCs w:val="28"/>
        </w:rPr>
        <w:t>là một hoạt động trong giáo dục mầm non, nơi trẻ cùng nhau chia sẻ, khám phá và học tập trong một môi trường sáng tạo và tích cực</w:t>
      </w:r>
      <w:r w:rsidRPr="00BE0A9B">
        <w:rPr>
          <w:rFonts w:ascii="Times New Roman" w:hAnsi="Times New Roman" w:cs="Times New Roman"/>
          <w:color w:val="0A0A0A"/>
          <w:sz w:val="28"/>
          <w:szCs w:val="28"/>
          <w:shd w:val="clear" w:color="auto" w:fill="FFFFFF"/>
        </w:rPr>
        <w:t>.</w:t>
      </w:r>
      <w:r>
        <w:rPr>
          <w:rFonts w:ascii="Times New Roman" w:hAnsi="Times New Roman" w:cs="Times New Roman"/>
          <w:sz w:val="28"/>
          <w:szCs w:val="28"/>
        </w:rPr>
        <w:t xml:space="preserve"> </w:t>
      </w:r>
      <w:bookmarkEnd w:id="0"/>
      <w:r w:rsidR="0032395F">
        <w:rPr>
          <w:rFonts w:ascii="Times New Roman" w:hAnsi="Times New Roman" w:cs="Times New Roman"/>
          <w:sz w:val="28"/>
          <w:szCs w:val="28"/>
        </w:rPr>
        <w:t>Một</w:t>
      </w:r>
      <w:r w:rsidR="00E639BA" w:rsidRPr="00E639BA">
        <w:rPr>
          <w:rFonts w:ascii="Times New Roman" w:hAnsi="Times New Roman" w:cs="Times New Roman"/>
          <w:sz w:val="28"/>
          <w:szCs w:val="28"/>
        </w:rPr>
        <w:t xml:space="preserve"> hoạt động mở đầu trong ngày học, giúp trẻ bước vào lớp học với tâm thế vui tươi, tự tin và cởi mở. Khi áp dụng phương pháp Unis, cô giáo không chỉ là người dẫn dắt mà còn là “người bạn đồng hành”, tạo môi trường thân thiện, tôn trọng và khơi gợi cảm xúc tích cực cho trẻ.</w:t>
      </w:r>
    </w:p>
    <w:p w14:paraId="6BB140BD" w14:textId="680AEE07" w:rsidR="00123E41" w:rsidRPr="00E639BA" w:rsidRDefault="00E639BA" w:rsidP="006F1C3A">
      <w:pPr>
        <w:pStyle w:val="Heading2"/>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Pr="00E639BA">
        <w:rPr>
          <w:rFonts w:ascii="Times New Roman" w:hAnsi="Times New Roman" w:cs="Times New Roman"/>
          <w:color w:val="auto"/>
          <w:sz w:val="28"/>
          <w:szCs w:val="28"/>
        </w:rPr>
        <w:t xml:space="preserve"> Các bước tiến hành tiết trò chuyện sáng theo phương pháp Unis</w:t>
      </w:r>
    </w:p>
    <w:p w14:paraId="0A0D7FD6" w14:textId="157E398B" w:rsidR="00123E41" w:rsidRPr="00E639BA" w:rsidRDefault="00202C98" w:rsidP="006F1C3A">
      <w:pPr>
        <w:pStyle w:val="Heading3"/>
        <w:spacing w:before="0"/>
        <w:rPr>
          <w:rFonts w:ascii="Times New Roman" w:hAnsi="Times New Roman" w:cs="Times New Roman"/>
          <w:color w:val="auto"/>
          <w:sz w:val="28"/>
          <w:szCs w:val="28"/>
        </w:rPr>
      </w:pPr>
      <w:r w:rsidRPr="00E639BA">
        <w:rPr>
          <w:rFonts w:ascii="Times New Roman" w:hAnsi="Times New Roman" w:cs="Times New Roman"/>
          <w:color w:val="auto"/>
          <w:sz w:val="28"/>
          <w:szCs w:val="28"/>
        </w:rPr>
        <w:t>Bư</w:t>
      </w:r>
      <w:r w:rsidRPr="00E639BA">
        <w:rPr>
          <w:rFonts w:ascii="Times New Roman" w:hAnsi="Times New Roman" w:cs="Times New Roman"/>
          <w:color w:val="auto"/>
          <w:sz w:val="28"/>
          <w:szCs w:val="28"/>
        </w:rPr>
        <w:t>ớ</w:t>
      </w:r>
      <w:r w:rsidRPr="00E639BA">
        <w:rPr>
          <w:rFonts w:ascii="Times New Roman" w:hAnsi="Times New Roman" w:cs="Times New Roman"/>
          <w:color w:val="auto"/>
          <w:sz w:val="28"/>
          <w:szCs w:val="28"/>
        </w:rPr>
        <w:t xml:space="preserve">c 1: </w:t>
      </w:r>
      <w:r w:rsidR="00E639BA">
        <w:rPr>
          <w:rFonts w:ascii="Times New Roman" w:hAnsi="Times New Roman" w:cs="Times New Roman"/>
          <w:color w:val="auto"/>
          <w:sz w:val="28"/>
          <w:szCs w:val="28"/>
        </w:rPr>
        <w:t>Chào hỏi</w:t>
      </w:r>
    </w:p>
    <w:p w14:paraId="05DED0F2" w14:textId="77777777" w:rsidR="00D93749" w:rsidRDefault="00D93749" w:rsidP="006F1C3A">
      <w:pPr>
        <w:spacing w:after="0"/>
        <w:rPr>
          <w:rFonts w:ascii="Times New Roman" w:hAnsi="Times New Roman" w:cs="Times New Roman"/>
          <w:sz w:val="28"/>
          <w:szCs w:val="28"/>
        </w:rPr>
      </w:pPr>
    </w:p>
    <w:p w14:paraId="4E0EEAD7" w14:textId="77777777" w:rsidR="00D93749" w:rsidRDefault="00D93749" w:rsidP="006F1C3A">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D317E0" wp14:editId="2195B311">
            <wp:extent cx="5486400" cy="3667125"/>
            <wp:effectExtent l="0" t="0" r="0" b="9525"/>
            <wp:docPr id="205663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32056" name="Picture 2056632056"/>
                    <pic:cNvPicPr/>
                  </pic:nvPicPr>
                  <pic:blipFill>
                    <a:blip r:embed="rId9"/>
                    <a:stretch>
                      <a:fillRect/>
                    </a:stretch>
                  </pic:blipFill>
                  <pic:spPr>
                    <a:xfrm>
                      <a:off x="0" y="0"/>
                      <a:ext cx="5486400" cy="3667125"/>
                    </a:xfrm>
                    <a:prstGeom prst="rect">
                      <a:avLst/>
                    </a:prstGeom>
                  </pic:spPr>
                </pic:pic>
              </a:graphicData>
            </a:graphic>
          </wp:inline>
        </w:drawing>
      </w:r>
    </w:p>
    <w:p w14:paraId="42EDDAE1" w14:textId="1DF883FC" w:rsidR="00123E41" w:rsidRPr="00E639BA" w:rsidRDefault="00202C98" w:rsidP="006F1C3A">
      <w:pPr>
        <w:spacing w:after="0"/>
        <w:rPr>
          <w:rFonts w:ascii="Times New Roman" w:hAnsi="Times New Roman" w:cs="Times New Roman"/>
          <w:sz w:val="28"/>
          <w:szCs w:val="28"/>
        </w:rPr>
      </w:pPr>
      <w:r w:rsidRPr="00E639BA">
        <w:rPr>
          <w:rFonts w:ascii="Times New Roman" w:hAnsi="Times New Roman" w:cs="Times New Roman"/>
          <w:sz w:val="28"/>
          <w:szCs w:val="28"/>
        </w:rPr>
        <w:br/>
        <w:t>- Cô giáo: Chào đón tr</w:t>
      </w:r>
      <w:r w:rsidRPr="00E639BA">
        <w:rPr>
          <w:rFonts w:ascii="Times New Roman" w:hAnsi="Times New Roman" w:cs="Times New Roman"/>
          <w:sz w:val="28"/>
          <w:szCs w:val="28"/>
        </w:rPr>
        <w:t>ẻ</w:t>
      </w:r>
      <w:r w:rsidR="00D93749">
        <w:rPr>
          <w:rFonts w:ascii="Times New Roman" w:hAnsi="Times New Roman" w:cs="Times New Roman"/>
          <w:sz w:val="28"/>
          <w:szCs w:val="28"/>
        </w:rPr>
        <w:t xml:space="preserve"> bằng những cử chỉ yêu thương như ôm, đập tay...</w:t>
      </w:r>
      <w:r w:rsidRPr="00E639BA">
        <w:rPr>
          <w:rFonts w:ascii="Times New Roman" w:hAnsi="Times New Roman" w:cs="Times New Roman"/>
          <w:sz w:val="28"/>
          <w:szCs w:val="28"/>
        </w:rPr>
        <w:br/>
        <w:t>- Tr</w:t>
      </w:r>
      <w:r w:rsidRPr="00E639BA">
        <w:rPr>
          <w:rFonts w:ascii="Times New Roman" w:hAnsi="Times New Roman" w:cs="Times New Roman"/>
          <w:sz w:val="28"/>
          <w:szCs w:val="28"/>
        </w:rPr>
        <w:t>ẻ</w:t>
      </w:r>
      <w:r w:rsidRPr="00E639BA">
        <w:rPr>
          <w:rFonts w:ascii="Times New Roman" w:hAnsi="Times New Roman" w:cs="Times New Roman"/>
          <w:sz w:val="28"/>
          <w:szCs w:val="28"/>
        </w:rPr>
        <w:t>: Chào cô, chào b</w:t>
      </w:r>
      <w:r w:rsidRPr="00E639BA">
        <w:rPr>
          <w:rFonts w:ascii="Times New Roman" w:hAnsi="Times New Roman" w:cs="Times New Roman"/>
          <w:sz w:val="28"/>
          <w:szCs w:val="28"/>
        </w:rPr>
        <w:t>ạ</w:t>
      </w:r>
      <w:r w:rsidRPr="00E639BA">
        <w:rPr>
          <w:rFonts w:ascii="Times New Roman" w:hAnsi="Times New Roman" w:cs="Times New Roman"/>
          <w:sz w:val="28"/>
          <w:szCs w:val="28"/>
        </w:rPr>
        <w:t xml:space="preserve">n, </w:t>
      </w:r>
      <w:r w:rsidR="00D93749">
        <w:rPr>
          <w:rFonts w:ascii="Times New Roman" w:hAnsi="Times New Roman" w:cs="Times New Roman"/>
          <w:sz w:val="28"/>
          <w:szCs w:val="28"/>
        </w:rPr>
        <w:t>cùng những lời yêu thương</w:t>
      </w:r>
      <w:r w:rsidRPr="00E639BA">
        <w:rPr>
          <w:rFonts w:ascii="Times New Roman" w:hAnsi="Times New Roman" w:cs="Times New Roman"/>
          <w:sz w:val="28"/>
          <w:szCs w:val="28"/>
        </w:rPr>
        <w:br/>
      </w:r>
      <w:r w:rsidR="009545C7">
        <w:rPr>
          <w:rFonts w:ascii="Times New Roman" w:hAnsi="Times New Roman" w:cs="Times New Roman"/>
          <w:sz w:val="28"/>
          <w:szCs w:val="28"/>
        </w:rPr>
        <w:t xml:space="preserve">     </w:t>
      </w:r>
      <w:r w:rsidRPr="00E639BA">
        <w:rPr>
          <w:rFonts w:ascii="Times New Roman" w:hAnsi="Times New Roman" w:cs="Times New Roman"/>
          <w:sz w:val="28"/>
          <w:szCs w:val="28"/>
        </w:rPr>
        <w:t>M</w:t>
      </w:r>
      <w:r w:rsidRPr="00E639BA">
        <w:rPr>
          <w:rFonts w:ascii="Times New Roman" w:hAnsi="Times New Roman" w:cs="Times New Roman"/>
          <w:sz w:val="28"/>
          <w:szCs w:val="28"/>
        </w:rPr>
        <w:t>ụ</w:t>
      </w:r>
      <w:r w:rsidRPr="00E639BA">
        <w:rPr>
          <w:rFonts w:ascii="Times New Roman" w:hAnsi="Times New Roman" w:cs="Times New Roman"/>
          <w:sz w:val="28"/>
          <w:szCs w:val="28"/>
        </w:rPr>
        <w:t>c đích</w:t>
      </w:r>
      <w:r w:rsidR="009545C7">
        <w:rPr>
          <w:rFonts w:ascii="Times New Roman" w:hAnsi="Times New Roman" w:cs="Times New Roman"/>
          <w:sz w:val="28"/>
          <w:szCs w:val="28"/>
        </w:rPr>
        <w:t xml:space="preserve"> là nhằm t</w:t>
      </w:r>
      <w:r w:rsidRPr="00E639BA">
        <w:rPr>
          <w:rFonts w:ascii="Times New Roman" w:hAnsi="Times New Roman" w:cs="Times New Roman"/>
          <w:sz w:val="28"/>
          <w:szCs w:val="28"/>
        </w:rPr>
        <w:t>ạ</w:t>
      </w:r>
      <w:r w:rsidRPr="00E639BA">
        <w:rPr>
          <w:rFonts w:ascii="Times New Roman" w:hAnsi="Times New Roman" w:cs="Times New Roman"/>
          <w:sz w:val="28"/>
          <w:szCs w:val="28"/>
        </w:rPr>
        <w:t>o c</w:t>
      </w:r>
      <w:r w:rsidRPr="00E639BA">
        <w:rPr>
          <w:rFonts w:ascii="Times New Roman" w:hAnsi="Times New Roman" w:cs="Times New Roman"/>
          <w:sz w:val="28"/>
          <w:szCs w:val="28"/>
        </w:rPr>
        <w:t>ả</w:t>
      </w:r>
      <w:r w:rsidRPr="00E639BA">
        <w:rPr>
          <w:rFonts w:ascii="Times New Roman" w:hAnsi="Times New Roman" w:cs="Times New Roman"/>
          <w:sz w:val="28"/>
          <w:szCs w:val="28"/>
        </w:rPr>
        <w:t>m giác an toàn, g</w:t>
      </w:r>
      <w:r w:rsidRPr="00E639BA">
        <w:rPr>
          <w:rFonts w:ascii="Times New Roman" w:hAnsi="Times New Roman" w:cs="Times New Roman"/>
          <w:sz w:val="28"/>
          <w:szCs w:val="28"/>
        </w:rPr>
        <w:t>ắ</w:t>
      </w:r>
      <w:r w:rsidRPr="00E639BA">
        <w:rPr>
          <w:rFonts w:ascii="Times New Roman" w:hAnsi="Times New Roman" w:cs="Times New Roman"/>
          <w:sz w:val="28"/>
          <w:szCs w:val="28"/>
        </w:rPr>
        <w:t>n k</w:t>
      </w:r>
      <w:r w:rsidRPr="00E639BA">
        <w:rPr>
          <w:rFonts w:ascii="Times New Roman" w:hAnsi="Times New Roman" w:cs="Times New Roman"/>
          <w:sz w:val="28"/>
          <w:szCs w:val="28"/>
        </w:rPr>
        <w:t>ế</w:t>
      </w:r>
      <w:r w:rsidRPr="00E639BA">
        <w:rPr>
          <w:rFonts w:ascii="Times New Roman" w:hAnsi="Times New Roman" w:cs="Times New Roman"/>
          <w:sz w:val="28"/>
          <w:szCs w:val="28"/>
        </w:rPr>
        <w:t>t, kh</w:t>
      </w:r>
      <w:r w:rsidRPr="00E639BA">
        <w:rPr>
          <w:rFonts w:ascii="Times New Roman" w:hAnsi="Times New Roman" w:cs="Times New Roman"/>
          <w:sz w:val="28"/>
          <w:szCs w:val="28"/>
        </w:rPr>
        <w:t>ở</w:t>
      </w:r>
      <w:r w:rsidRPr="00E639BA">
        <w:rPr>
          <w:rFonts w:ascii="Times New Roman" w:hAnsi="Times New Roman" w:cs="Times New Roman"/>
          <w:sz w:val="28"/>
          <w:szCs w:val="28"/>
        </w:rPr>
        <w:t>i đ</w:t>
      </w:r>
      <w:r w:rsidRPr="00E639BA">
        <w:rPr>
          <w:rFonts w:ascii="Times New Roman" w:hAnsi="Times New Roman" w:cs="Times New Roman"/>
          <w:sz w:val="28"/>
          <w:szCs w:val="28"/>
        </w:rPr>
        <w:t>ộ</w:t>
      </w:r>
      <w:r w:rsidRPr="00E639BA">
        <w:rPr>
          <w:rFonts w:ascii="Times New Roman" w:hAnsi="Times New Roman" w:cs="Times New Roman"/>
          <w:sz w:val="28"/>
          <w:szCs w:val="28"/>
        </w:rPr>
        <w:t>ng c</w:t>
      </w:r>
      <w:r w:rsidRPr="00E639BA">
        <w:rPr>
          <w:rFonts w:ascii="Times New Roman" w:hAnsi="Times New Roman" w:cs="Times New Roman"/>
          <w:sz w:val="28"/>
          <w:szCs w:val="28"/>
        </w:rPr>
        <w:t>ả</w:t>
      </w:r>
      <w:r w:rsidRPr="00E639BA">
        <w:rPr>
          <w:rFonts w:ascii="Times New Roman" w:hAnsi="Times New Roman" w:cs="Times New Roman"/>
          <w:sz w:val="28"/>
          <w:szCs w:val="28"/>
        </w:rPr>
        <w:t>m xúc tích c</w:t>
      </w:r>
      <w:r w:rsidRPr="00E639BA">
        <w:rPr>
          <w:rFonts w:ascii="Times New Roman" w:hAnsi="Times New Roman" w:cs="Times New Roman"/>
          <w:sz w:val="28"/>
          <w:szCs w:val="28"/>
        </w:rPr>
        <w:t>ự</w:t>
      </w:r>
      <w:r w:rsidRPr="00E639BA">
        <w:rPr>
          <w:rFonts w:ascii="Times New Roman" w:hAnsi="Times New Roman" w:cs="Times New Roman"/>
          <w:sz w:val="28"/>
          <w:szCs w:val="28"/>
        </w:rPr>
        <w:t>c</w:t>
      </w:r>
      <w:r w:rsidR="009545C7">
        <w:rPr>
          <w:rFonts w:ascii="Times New Roman" w:hAnsi="Times New Roman" w:cs="Times New Roman"/>
          <w:sz w:val="28"/>
          <w:szCs w:val="28"/>
        </w:rPr>
        <w:t xml:space="preserve"> cho buổi học</w:t>
      </w:r>
    </w:p>
    <w:p w14:paraId="39F2D509" w14:textId="5FC4206C" w:rsidR="00123E41" w:rsidRPr="00E639BA" w:rsidRDefault="00202C98" w:rsidP="006F1C3A">
      <w:pPr>
        <w:pStyle w:val="Heading3"/>
        <w:spacing w:before="0"/>
        <w:rPr>
          <w:rFonts w:ascii="Times New Roman" w:hAnsi="Times New Roman" w:cs="Times New Roman"/>
          <w:color w:val="auto"/>
          <w:sz w:val="28"/>
          <w:szCs w:val="28"/>
        </w:rPr>
      </w:pPr>
      <w:r w:rsidRPr="00E639BA">
        <w:rPr>
          <w:rFonts w:ascii="Times New Roman" w:hAnsi="Times New Roman" w:cs="Times New Roman"/>
          <w:color w:val="auto"/>
          <w:sz w:val="28"/>
          <w:szCs w:val="28"/>
        </w:rPr>
        <w:t>Bư</w:t>
      </w:r>
      <w:r w:rsidRPr="00E639BA">
        <w:rPr>
          <w:rFonts w:ascii="Times New Roman" w:hAnsi="Times New Roman" w:cs="Times New Roman"/>
          <w:color w:val="auto"/>
          <w:sz w:val="28"/>
          <w:szCs w:val="28"/>
        </w:rPr>
        <w:t>ớ</w:t>
      </w:r>
      <w:r w:rsidRPr="00E639BA">
        <w:rPr>
          <w:rFonts w:ascii="Times New Roman" w:hAnsi="Times New Roman" w:cs="Times New Roman"/>
          <w:color w:val="auto"/>
          <w:sz w:val="28"/>
          <w:szCs w:val="28"/>
        </w:rPr>
        <w:t xml:space="preserve">c 2: </w:t>
      </w:r>
      <w:r w:rsidR="00E639BA">
        <w:rPr>
          <w:rFonts w:ascii="Times New Roman" w:hAnsi="Times New Roman" w:cs="Times New Roman"/>
          <w:color w:val="auto"/>
          <w:sz w:val="28"/>
          <w:szCs w:val="28"/>
        </w:rPr>
        <w:t>Chia sẻ</w:t>
      </w:r>
    </w:p>
    <w:p w14:paraId="3547CA4E" w14:textId="77777777" w:rsidR="00065310" w:rsidRDefault="00065310" w:rsidP="006F1C3A">
      <w:pPr>
        <w:spacing w:after="0"/>
        <w:rPr>
          <w:rFonts w:ascii="Times New Roman" w:hAnsi="Times New Roman" w:cs="Times New Roman"/>
          <w:sz w:val="28"/>
          <w:szCs w:val="28"/>
        </w:rPr>
      </w:pPr>
    </w:p>
    <w:p w14:paraId="67E04939" w14:textId="61EC18CF" w:rsidR="00065310" w:rsidRDefault="00065310" w:rsidP="006F1C3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1D74C5F" wp14:editId="178CFBED">
            <wp:extent cx="5486400" cy="3038475"/>
            <wp:effectExtent l="0" t="0" r="0" b="9525"/>
            <wp:docPr id="360713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13864" name="Picture 360713864"/>
                    <pic:cNvPicPr/>
                  </pic:nvPicPr>
                  <pic:blipFill>
                    <a:blip r:embed="rId10"/>
                    <a:stretch>
                      <a:fillRect/>
                    </a:stretch>
                  </pic:blipFill>
                  <pic:spPr>
                    <a:xfrm>
                      <a:off x="0" y="0"/>
                      <a:ext cx="5486400" cy="3038475"/>
                    </a:xfrm>
                    <a:prstGeom prst="rect">
                      <a:avLst/>
                    </a:prstGeom>
                  </pic:spPr>
                </pic:pic>
              </a:graphicData>
            </a:graphic>
          </wp:inline>
        </w:drawing>
      </w:r>
    </w:p>
    <w:p w14:paraId="1A9B8DD8" w14:textId="77777777" w:rsidR="009545C7" w:rsidRDefault="009545C7" w:rsidP="006F1C3A">
      <w:pPr>
        <w:spacing w:after="0"/>
        <w:rPr>
          <w:rFonts w:ascii="Times New Roman" w:hAnsi="Times New Roman" w:cs="Times New Roman"/>
          <w:sz w:val="28"/>
          <w:szCs w:val="28"/>
        </w:rPr>
      </w:pPr>
    </w:p>
    <w:p w14:paraId="2C0983B9" w14:textId="293DFD67" w:rsidR="00065310" w:rsidRPr="00065310" w:rsidRDefault="00C4410C" w:rsidP="006F1C3A">
      <w:pPr>
        <w:pStyle w:val="Heading3"/>
        <w:spacing w:before="0"/>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    </w:t>
      </w:r>
      <w:r w:rsidR="00065310" w:rsidRPr="00065310">
        <w:rPr>
          <w:rFonts w:ascii="Times New Roman" w:hAnsi="Times New Roman" w:cs="Times New Roman"/>
          <w:b w:val="0"/>
          <w:bCs w:val="0"/>
          <w:color w:val="auto"/>
          <w:sz w:val="28"/>
          <w:szCs w:val="28"/>
        </w:rPr>
        <w:t>Trẻ được khuyến khích nói lên suy nghĩ, kể về cảm xúc của mình, chia sẻ những điều trẻ quan tâm. Mỗi ý kiến của trẻ đều được cô tôn trọng và phản hồi tích cực.</w:t>
      </w:r>
    </w:p>
    <w:p w14:paraId="253745B0" w14:textId="124CEC14" w:rsidR="00123E41" w:rsidRDefault="00202C98" w:rsidP="006F1C3A">
      <w:pPr>
        <w:pStyle w:val="Heading3"/>
        <w:spacing w:before="0"/>
        <w:rPr>
          <w:rFonts w:ascii="Times New Roman" w:hAnsi="Times New Roman" w:cs="Times New Roman"/>
          <w:color w:val="auto"/>
          <w:sz w:val="28"/>
          <w:szCs w:val="28"/>
        </w:rPr>
      </w:pPr>
      <w:r w:rsidRPr="00E639BA">
        <w:rPr>
          <w:rFonts w:ascii="Times New Roman" w:hAnsi="Times New Roman" w:cs="Times New Roman"/>
          <w:color w:val="auto"/>
          <w:sz w:val="28"/>
          <w:szCs w:val="28"/>
        </w:rPr>
        <w:t>Bư</w:t>
      </w:r>
      <w:r w:rsidRPr="00E639BA">
        <w:rPr>
          <w:rFonts w:ascii="Times New Roman" w:hAnsi="Times New Roman" w:cs="Times New Roman"/>
          <w:color w:val="auto"/>
          <w:sz w:val="28"/>
          <w:szCs w:val="28"/>
        </w:rPr>
        <w:t>ớ</w:t>
      </w:r>
      <w:r w:rsidRPr="00E639BA">
        <w:rPr>
          <w:rFonts w:ascii="Times New Roman" w:hAnsi="Times New Roman" w:cs="Times New Roman"/>
          <w:color w:val="auto"/>
          <w:sz w:val="28"/>
          <w:szCs w:val="28"/>
        </w:rPr>
        <w:t xml:space="preserve">c 3: </w:t>
      </w:r>
      <w:r w:rsidR="00E639BA">
        <w:rPr>
          <w:rFonts w:ascii="Times New Roman" w:hAnsi="Times New Roman" w:cs="Times New Roman"/>
          <w:color w:val="auto"/>
          <w:sz w:val="28"/>
          <w:szCs w:val="28"/>
        </w:rPr>
        <w:t>Hoạt động nhóm</w:t>
      </w:r>
    </w:p>
    <w:p w14:paraId="2AE9DE67" w14:textId="1358B337" w:rsidR="00D10D24" w:rsidRDefault="00E93DE5" w:rsidP="00D10D24">
      <w:r>
        <w:rPr>
          <w:noProof/>
        </w:rPr>
        <w:drawing>
          <wp:inline distT="0" distB="0" distL="0" distR="0" wp14:anchorId="4CDFFDC7" wp14:editId="471C34D5">
            <wp:extent cx="5486400" cy="3524250"/>
            <wp:effectExtent l="0" t="0" r="0" b="0"/>
            <wp:docPr id="32221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1502" name="Picture 32221502"/>
                    <pic:cNvPicPr/>
                  </pic:nvPicPr>
                  <pic:blipFill>
                    <a:blip r:embed="rId11"/>
                    <a:stretch>
                      <a:fillRect/>
                    </a:stretch>
                  </pic:blipFill>
                  <pic:spPr>
                    <a:xfrm>
                      <a:off x="0" y="0"/>
                      <a:ext cx="5486400" cy="3524250"/>
                    </a:xfrm>
                    <a:prstGeom prst="rect">
                      <a:avLst/>
                    </a:prstGeom>
                  </pic:spPr>
                </pic:pic>
              </a:graphicData>
            </a:graphic>
          </wp:inline>
        </w:drawing>
      </w:r>
    </w:p>
    <w:p w14:paraId="6DF37F81" w14:textId="47584A46" w:rsidR="00D10D24" w:rsidRPr="00D10D24" w:rsidRDefault="00D10D24" w:rsidP="00D10D24"/>
    <w:p w14:paraId="547947A1" w14:textId="03984F63" w:rsidR="00123E41" w:rsidRPr="00E639BA" w:rsidRDefault="00202C98" w:rsidP="006F1C3A">
      <w:pPr>
        <w:spacing w:after="0"/>
        <w:rPr>
          <w:rFonts w:ascii="Times New Roman" w:hAnsi="Times New Roman" w:cs="Times New Roman"/>
          <w:sz w:val="28"/>
          <w:szCs w:val="28"/>
        </w:rPr>
      </w:pPr>
      <w:r w:rsidRPr="00E639BA">
        <w:rPr>
          <w:rFonts w:ascii="Times New Roman" w:hAnsi="Times New Roman" w:cs="Times New Roman"/>
          <w:sz w:val="28"/>
          <w:szCs w:val="28"/>
        </w:rPr>
        <w:t>- Cô: T</w:t>
      </w:r>
      <w:r w:rsidRPr="00E639BA">
        <w:rPr>
          <w:rFonts w:ascii="Times New Roman" w:hAnsi="Times New Roman" w:cs="Times New Roman"/>
          <w:sz w:val="28"/>
          <w:szCs w:val="28"/>
        </w:rPr>
        <w:t>ổ</w:t>
      </w:r>
      <w:r w:rsidRPr="00E639BA">
        <w:rPr>
          <w:rFonts w:ascii="Times New Roman" w:hAnsi="Times New Roman" w:cs="Times New Roman"/>
          <w:sz w:val="28"/>
          <w:szCs w:val="28"/>
        </w:rPr>
        <w:t xml:space="preserve"> ch</w:t>
      </w:r>
      <w:r w:rsidRPr="00E639BA">
        <w:rPr>
          <w:rFonts w:ascii="Times New Roman" w:hAnsi="Times New Roman" w:cs="Times New Roman"/>
          <w:sz w:val="28"/>
          <w:szCs w:val="28"/>
        </w:rPr>
        <w:t>ứ</w:t>
      </w:r>
      <w:r w:rsidRPr="00E639BA">
        <w:rPr>
          <w:rFonts w:ascii="Times New Roman" w:hAnsi="Times New Roman" w:cs="Times New Roman"/>
          <w:sz w:val="28"/>
          <w:szCs w:val="28"/>
        </w:rPr>
        <w:t>c trò chơi g</w:t>
      </w:r>
      <w:r w:rsidRPr="00E639BA">
        <w:rPr>
          <w:rFonts w:ascii="Times New Roman" w:hAnsi="Times New Roman" w:cs="Times New Roman"/>
          <w:sz w:val="28"/>
          <w:szCs w:val="28"/>
        </w:rPr>
        <w:t>ắ</w:t>
      </w:r>
      <w:r w:rsidRPr="00E639BA">
        <w:rPr>
          <w:rFonts w:ascii="Times New Roman" w:hAnsi="Times New Roman" w:cs="Times New Roman"/>
          <w:sz w:val="28"/>
          <w:szCs w:val="28"/>
        </w:rPr>
        <w:t>n v</w:t>
      </w:r>
      <w:r w:rsidRPr="00E639BA">
        <w:rPr>
          <w:rFonts w:ascii="Times New Roman" w:hAnsi="Times New Roman" w:cs="Times New Roman"/>
          <w:sz w:val="28"/>
          <w:szCs w:val="28"/>
        </w:rPr>
        <w:t>ớ</w:t>
      </w:r>
      <w:r w:rsidRPr="00E639BA">
        <w:rPr>
          <w:rFonts w:ascii="Times New Roman" w:hAnsi="Times New Roman" w:cs="Times New Roman"/>
          <w:sz w:val="28"/>
          <w:szCs w:val="28"/>
        </w:rPr>
        <w:t>i ch</w:t>
      </w:r>
      <w:r w:rsidRPr="00E639BA">
        <w:rPr>
          <w:rFonts w:ascii="Times New Roman" w:hAnsi="Times New Roman" w:cs="Times New Roman"/>
          <w:sz w:val="28"/>
          <w:szCs w:val="28"/>
        </w:rPr>
        <w:t>ủ</w:t>
      </w:r>
      <w:r w:rsidRPr="00E639BA">
        <w:rPr>
          <w:rFonts w:ascii="Times New Roman" w:hAnsi="Times New Roman" w:cs="Times New Roman"/>
          <w:sz w:val="28"/>
          <w:szCs w:val="28"/>
        </w:rPr>
        <w:t xml:space="preserve"> đ</w:t>
      </w:r>
      <w:r w:rsidRPr="00E639BA">
        <w:rPr>
          <w:rFonts w:ascii="Times New Roman" w:hAnsi="Times New Roman" w:cs="Times New Roman"/>
          <w:sz w:val="28"/>
          <w:szCs w:val="28"/>
        </w:rPr>
        <w:t>ề</w:t>
      </w:r>
      <w:r w:rsidRPr="00E639BA">
        <w:rPr>
          <w:rFonts w:ascii="Times New Roman" w:hAnsi="Times New Roman" w:cs="Times New Roman"/>
          <w:sz w:val="28"/>
          <w:szCs w:val="28"/>
        </w:rPr>
        <w:t xml:space="preserve"> </w:t>
      </w:r>
      <w:r w:rsidRPr="00E639BA">
        <w:rPr>
          <w:rFonts w:ascii="Times New Roman" w:hAnsi="Times New Roman" w:cs="Times New Roman"/>
          <w:sz w:val="28"/>
          <w:szCs w:val="28"/>
        </w:rPr>
        <w:br/>
        <w:t>- Tr</w:t>
      </w:r>
      <w:r w:rsidRPr="00E639BA">
        <w:rPr>
          <w:rFonts w:ascii="Times New Roman" w:hAnsi="Times New Roman" w:cs="Times New Roman"/>
          <w:sz w:val="28"/>
          <w:szCs w:val="28"/>
        </w:rPr>
        <w:t>ẻ</w:t>
      </w:r>
      <w:r w:rsidRPr="00E639BA">
        <w:rPr>
          <w:rFonts w:ascii="Times New Roman" w:hAnsi="Times New Roman" w:cs="Times New Roman"/>
          <w:sz w:val="28"/>
          <w:szCs w:val="28"/>
        </w:rPr>
        <w:t>: Tham gia tích c</w:t>
      </w:r>
      <w:r w:rsidRPr="00E639BA">
        <w:rPr>
          <w:rFonts w:ascii="Times New Roman" w:hAnsi="Times New Roman" w:cs="Times New Roman"/>
          <w:sz w:val="28"/>
          <w:szCs w:val="28"/>
        </w:rPr>
        <w:t>ự</w:t>
      </w:r>
      <w:r w:rsidRPr="00E639BA">
        <w:rPr>
          <w:rFonts w:ascii="Times New Roman" w:hAnsi="Times New Roman" w:cs="Times New Roman"/>
          <w:sz w:val="28"/>
          <w:szCs w:val="28"/>
        </w:rPr>
        <w:t>c, h</w:t>
      </w:r>
      <w:r w:rsidRPr="00E639BA">
        <w:rPr>
          <w:rFonts w:ascii="Times New Roman" w:hAnsi="Times New Roman" w:cs="Times New Roman"/>
          <w:sz w:val="28"/>
          <w:szCs w:val="28"/>
        </w:rPr>
        <w:t>ợ</w:t>
      </w:r>
      <w:r w:rsidRPr="00E639BA">
        <w:rPr>
          <w:rFonts w:ascii="Times New Roman" w:hAnsi="Times New Roman" w:cs="Times New Roman"/>
          <w:sz w:val="28"/>
          <w:szCs w:val="28"/>
        </w:rPr>
        <w:t>p tác v</w:t>
      </w:r>
      <w:r w:rsidRPr="00E639BA">
        <w:rPr>
          <w:rFonts w:ascii="Times New Roman" w:hAnsi="Times New Roman" w:cs="Times New Roman"/>
          <w:sz w:val="28"/>
          <w:szCs w:val="28"/>
        </w:rPr>
        <w:t>ớ</w:t>
      </w:r>
      <w:r w:rsidRPr="00E639BA">
        <w:rPr>
          <w:rFonts w:ascii="Times New Roman" w:hAnsi="Times New Roman" w:cs="Times New Roman"/>
          <w:sz w:val="28"/>
          <w:szCs w:val="28"/>
        </w:rPr>
        <w:t>i b</w:t>
      </w:r>
      <w:r w:rsidRPr="00E639BA">
        <w:rPr>
          <w:rFonts w:ascii="Times New Roman" w:hAnsi="Times New Roman" w:cs="Times New Roman"/>
          <w:sz w:val="28"/>
          <w:szCs w:val="28"/>
        </w:rPr>
        <w:t>ạ</w:t>
      </w:r>
      <w:r w:rsidRPr="00E639BA">
        <w:rPr>
          <w:rFonts w:ascii="Times New Roman" w:hAnsi="Times New Roman" w:cs="Times New Roman"/>
          <w:sz w:val="28"/>
          <w:szCs w:val="28"/>
        </w:rPr>
        <w:t>n.</w:t>
      </w:r>
      <w:r w:rsidRPr="00E639BA">
        <w:rPr>
          <w:rFonts w:ascii="Times New Roman" w:hAnsi="Times New Roman" w:cs="Times New Roman"/>
          <w:sz w:val="28"/>
          <w:szCs w:val="28"/>
        </w:rPr>
        <w:br/>
        <w:t>M</w:t>
      </w:r>
      <w:r w:rsidRPr="00E639BA">
        <w:rPr>
          <w:rFonts w:ascii="Times New Roman" w:hAnsi="Times New Roman" w:cs="Times New Roman"/>
          <w:sz w:val="28"/>
          <w:szCs w:val="28"/>
        </w:rPr>
        <w:t>ụ</w:t>
      </w:r>
      <w:r w:rsidRPr="00E639BA">
        <w:rPr>
          <w:rFonts w:ascii="Times New Roman" w:hAnsi="Times New Roman" w:cs="Times New Roman"/>
          <w:sz w:val="28"/>
          <w:szCs w:val="28"/>
        </w:rPr>
        <w:t>c đích: Tăng tính tương tác, c</w:t>
      </w:r>
      <w:r w:rsidRPr="00E639BA">
        <w:rPr>
          <w:rFonts w:ascii="Times New Roman" w:hAnsi="Times New Roman" w:cs="Times New Roman"/>
          <w:sz w:val="28"/>
          <w:szCs w:val="28"/>
        </w:rPr>
        <w:t>ủ</w:t>
      </w:r>
      <w:r w:rsidRPr="00E639BA">
        <w:rPr>
          <w:rFonts w:ascii="Times New Roman" w:hAnsi="Times New Roman" w:cs="Times New Roman"/>
          <w:sz w:val="28"/>
          <w:szCs w:val="28"/>
        </w:rPr>
        <w:t>ng c</w:t>
      </w:r>
      <w:r w:rsidRPr="00E639BA">
        <w:rPr>
          <w:rFonts w:ascii="Times New Roman" w:hAnsi="Times New Roman" w:cs="Times New Roman"/>
          <w:sz w:val="28"/>
          <w:szCs w:val="28"/>
        </w:rPr>
        <w:t>ố</w:t>
      </w:r>
      <w:r w:rsidRPr="00E639BA">
        <w:rPr>
          <w:rFonts w:ascii="Times New Roman" w:hAnsi="Times New Roman" w:cs="Times New Roman"/>
          <w:sz w:val="28"/>
          <w:szCs w:val="28"/>
        </w:rPr>
        <w:t xml:space="preserve"> n</w:t>
      </w:r>
      <w:r w:rsidRPr="00E639BA">
        <w:rPr>
          <w:rFonts w:ascii="Times New Roman" w:hAnsi="Times New Roman" w:cs="Times New Roman"/>
          <w:sz w:val="28"/>
          <w:szCs w:val="28"/>
        </w:rPr>
        <w:t>ộ</w:t>
      </w:r>
      <w:r w:rsidRPr="00E639BA">
        <w:rPr>
          <w:rFonts w:ascii="Times New Roman" w:hAnsi="Times New Roman" w:cs="Times New Roman"/>
          <w:sz w:val="28"/>
          <w:szCs w:val="28"/>
        </w:rPr>
        <w:t>i dung trò chuy</w:t>
      </w:r>
      <w:r w:rsidRPr="00E639BA">
        <w:rPr>
          <w:rFonts w:ascii="Times New Roman" w:hAnsi="Times New Roman" w:cs="Times New Roman"/>
          <w:sz w:val="28"/>
          <w:szCs w:val="28"/>
        </w:rPr>
        <w:t>ệ</w:t>
      </w:r>
      <w:r w:rsidRPr="00E639BA">
        <w:rPr>
          <w:rFonts w:ascii="Times New Roman" w:hAnsi="Times New Roman" w:cs="Times New Roman"/>
          <w:sz w:val="28"/>
          <w:szCs w:val="28"/>
        </w:rPr>
        <w:t>n.</w:t>
      </w:r>
    </w:p>
    <w:p w14:paraId="4BBDCB65" w14:textId="249A202D" w:rsidR="00123E41" w:rsidRDefault="00202C98" w:rsidP="006F1C3A">
      <w:pPr>
        <w:pStyle w:val="Heading3"/>
        <w:spacing w:before="0"/>
        <w:rPr>
          <w:rFonts w:ascii="Times New Roman" w:hAnsi="Times New Roman" w:cs="Times New Roman"/>
          <w:color w:val="auto"/>
          <w:sz w:val="28"/>
          <w:szCs w:val="28"/>
        </w:rPr>
      </w:pPr>
      <w:r w:rsidRPr="00E639BA">
        <w:rPr>
          <w:rFonts w:ascii="Times New Roman" w:hAnsi="Times New Roman" w:cs="Times New Roman"/>
          <w:color w:val="auto"/>
          <w:sz w:val="28"/>
          <w:szCs w:val="28"/>
        </w:rPr>
        <w:lastRenderedPageBreak/>
        <w:t>Bư</w:t>
      </w:r>
      <w:r w:rsidRPr="00E639BA">
        <w:rPr>
          <w:rFonts w:ascii="Times New Roman" w:hAnsi="Times New Roman" w:cs="Times New Roman"/>
          <w:color w:val="auto"/>
          <w:sz w:val="28"/>
          <w:szCs w:val="28"/>
        </w:rPr>
        <w:t>ớ</w:t>
      </w:r>
      <w:r w:rsidRPr="00E639BA">
        <w:rPr>
          <w:rFonts w:ascii="Times New Roman" w:hAnsi="Times New Roman" w:cs="Times New Roman"/>
          <w:color w:val="auto"/>
          <w:sz w:val="28"/>
          <w:szCs w:val="28"/>
        </w:rPr>
        <w:t xml:space="preserve">c 6: </w:t>
      </w:r>
      <w:r w:rsidR="00E639BA">
        <w:rPr>
          <w:rFonts w:ascii="Times New Roman" w:hAnsi="Times New Roman" w:cs="Times New Roman"/>
          <w:color w:val="auto"/>
          <w:sz w:val="28"/>
          <w:szCs w:val="28"/>
        </w:rPr>
        <w:t>Thông điệp sáng</w:t>
      </w:r>
    </w:p>
    <w:p w14:paraId="564DCAB5" w14:textId="21A25A40" w:rsidR="005D58B4" w:rsidRPr="005D58B4" w:rsidRDefault="005D58B4" w:rsidP="005D58B4">
      <w:r>
        <w:rPr>
          <w:noProof/>
        </w:rPr>
        <w:drawing>
          <wp:inline distT="0" distB="0" distL="0" distR="0" wp14:anchorId="552C95A0" wp14:editId="59761221">
            <wp:extent cx="5486400" cy="3419475"/>
            <wp:effectExtent l="0" t="0" r="0" b="9525"/>
            <wp:docPr id="1241225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25503" name="Picture 1241225503"/>
                    <pic:cNvPicPr/>
                  </pic:nvPicPr>
                  <pic:blipFill>
                    <a:blip r:embed="rId12"/>
                    <a:stretch>
                      <a:fillRect/>
                    </a:stretch>
                  </pic:blipFill>
                  <pic:spPr>
                    <a:xfrm>
                      <a:off x="0" y="0"/>
                      <a:ext cx="5486400" cy="3419475"/>
                    </a:xfrm>
                    <a:prstGeom prst="rect">
                      <a:avLst/>
                    </a:prstGeom>
                  </pic:spPr>
                </pic:pic>
              </a:graphicData>
            </a:graphic>
          </wp:inline>
        </w:drawing>
      </w:r>
    </w:p>
    <w:p w14:paraId="4B30CEB6" w14:textId="06973EDA" w:rsidR="00123E41" w:rsidRPr="00E639BA" w:rsidRDefault="00202C98" w:rsidP="006F1C3A">
      <w:pPr>
        <w:spacing w:after="0"/>
        <w:rPr>
          <w:rFonts w:ascii="Times New Roman" w:hAnsi="Times New Roman" w:cs="Times New Roman"/>
          <w:sz w:val="28"/>
          <w:szCs w:val="28"/>
        </w:rPr>
      </w:pPr>
      <w:r w:rsidRPr="00E639BA">
        <w:rPr>
          <w:rFonts w:ascii="Times New Roman" w:hAnsi="Times New Roman" w:cs="Times New Roman"/>
          <w:sz w:val="28"/>
          <w:szCs w:val="28"/>
        </w:rPr>
        <w:t>- Cô: T</w:t>
      </w:r>
      <w:r w:rsidRPr="00E639BA">
        <w:rPr>
          <w:rFonts w:ascii="Times New Roman" w:hAnsi="Times New Roman" w:cs="Times New Roman"/>
          <w:sz w:val="28"/>
          <w:szCs w:val="28"/>
        </w:rPr>
        <w:t>ổ</w:t>
      </w:r>
      <w:r w:rsidRPr="00E639BA">
        <w:rPr>
          <w:rFonts w:ascii="Times New Roman" w:hAnsi="Times New Roman" w:cs="Times New Roman"/>
          <w:sz w:val="28"/>
          <w:szCs w:val="28"/>
        </w:rPr>
        <w:t>ng k</w:t>
      </w:r>
      <w:r w:rsidRPr="00E639BA">
        <w:rPr>
          <w:rFonts w:ascii="Times New Roman" w:hAnsi="Times New Roman" w:cs="Times New Roman"/>
          <w:sz w:val="28"/>
          <w:szCs w:val="28"/>
        </w:rPr>
        <w:t>ế</w:t>
      </w:r>
      <w:r w:rsidRPr="00E639BA">
        <w:rPr>
          <w:rFonts w:ascii="Times New Roman" w:hAnsi="Times New Roman" w:cs="Times New Roman"/>
          <w:sz w:val="28"/>
          <w:szCs w:val="28"/>
        </w:rPr>
        <w:t>t nh</w:t>
      </w:r>
      <w:r w:rsidRPr="00E639BA">
        <w:rPr>
          <w:rFonts w:ascii="Times New Roman" w:hAnsi="Times New Roman" w:cs="Times New Roman"/>
          <w:sz w:val="28"/>
          <w:szCs w:val="28"/>
        </w:rPr>
        <w:t>ẹ</w:t>
      </w:r>
      <w:r w:rsidRPr="00E639BA">
        <w:rPr>
          <w:rFonts w:ascii="Times New Roman" w:hAnsi="Times New Roman" w:cs="Times New Roman"/>
          <w:sz w:val="28"/>
          <w:szCs w:val="28"/>
        </w:rPr>
        <w:t xml:space="preserve"> nhàng, d</w:t>
      </w:r>
      <w:r w:rsidRPr="00E639BA">
        <w:rPr>
          <w:rFonts w:ascii="Times New Roman" w:hAnsi="Times New Roman" w:cs="Times New Roman"/>
          <w:sz w:val="28"/>
          <w:szCs w:val="28"/>
        </w:rPr>
        <w:t>ẫ</w:t>
      </w:r>
      <w:r w:rsidRPr="00E639BA">
        <w:rPr>
          <w:rFonts w:ascii="Times New Roman" w:hAnsi="Times New Roman" w:cs="Times New Roman"/>
          <w:sz w:val="28"/>
          <w:szCs w:val="28"/>
        </w:rPr>
        <w:t>n d</w:t>
      </w:r>
      <w:r w:rsidRPr="00E639BA">
        <w:rPr>
          <w:rFonts w:ascii="Times New Roman" w:hAnsi="Times New Roman" w:cs="Times New Roman"/>
          <w:sz w:val="28"/>
          <w:szCs w:val="28"/>
        </w:rPr>
        <w:t>ắ</w:t>
      </w:r>
      <w:r w:rsidRPr="00E639BA">
        <w:rPr>
          <w:rFonts w:ascii="Times New Roman" w:hAnsi="Times New Roman" w:cs="Times New Roman"/>
          <w:sz w:val="28"/>
          <w:szCs w:val="28"/>
        </w:rPr>
        <w:t xml:space="preserve">t vào </w:t>
      </w:r>
      <w:r w:rsidRPr="00E639BA">
        <w:rPr>
          <w:rFonts w:ascii="Times New Roman" w:hAnsi="Times New Roman" w:cs="Times New Roman"/>
          <w:sz w:val="28"/>
          <w:szCs w:val="28"/>
        </w:rPr>
        <w:t>ho</w:t>
      </w:r>
      <w:r w:rsidRPr="00E639BA">
        <w:rPr>
          <w:rFonts w:ascii="Times New Roman" w:hAnsi="Times New Roman" w:cs="Times New Roman"/>
          <w:sz w:val="28"/>
          <w:szCs w:val="28"/>
        </w:rPr>
        <w:t>ạ</w:t>
      </w:r>
      <w:r w:rsidRPr="00E639BA">
        <w:rPr>
          <w:rFonts w:ascii="Times New Roman" w:hAnsi="Times New Roman" w:cs="Times New Roman"/>
          <w:sz w:val="28"/>
          <w:szCs w:val="28"/>
        </w:rPr>
        <w:t>t đ</w:t>
      </w:r>
      <w:r w:rsidRPr="00E639BA">
        <w:rPr>
          <w:rFonts w:ascii="Times New Roman" w:hAnsi="Times New Roman" w:cs="Times New Roman"/>
          <w:sz w:val="28"/>
          <w:szCs w:val="28"/>
        </w:rPr>
        <w:t>ộ</w:t>
      </w:r>
      <w:r w:rsidRPr="00E639BA">
        <w:rPr>
          <w:rFonts w:ascii="Times New Roman" w:hAnsi="Times New Roman" w:cs="Times New Roman"/>
          <w:sz w:val="28"/>
          <w:szCs w:val="28"/>
        </w:rPr>
        <w:t>ng m</w:t>
      </w:r>
      <w:r w:rsidRPr="00E639BA">
        <w:rPr>
          <w:rFonts w:ascii="Times New Roman" w:hAnsi="Times New Roman" w:cs="Times New Roman"/>
          <w:sz w:val="28"/>
          <w:szCs w:val="28"/>
        </w:rPr>
        <w:t>ớ</w:t>
      </w:r>
      <w:r w:rsidRPr="00E639BA">
        <w:rPr>
          <w:rFonts w:ascii="Times New Roman" w:hAnsi="Times New Roman" w:cs="Times New Roman"/>
          <w:sz w:val="28"/>
          <w:szCs w:val="28"/>
        </w:rPr>
        <w:t>i.</w:t>
      </w:r>
      <w:r w:rsidRPr="00E639BA">
        <w:rPr>
          <w:rFonts w:ascii="Times New Roman" w:hAnsi="Times New Roman" w:cs="Times New Roman"/>
          <w:sz w:val="28"/>
          <w:szCs w:val="28"/>
        </w:rPr>
        <w:br/>
        <w:t>- Tr</w:t>
      </w:r>
      <w:r w:rsidRPr="00E639BA">
        <w:rPr>
          <w:rFonts w:ascii="Times New Roman" w:hAnsi="Times New Roman" w:cs="Times New Roman"/>
          <w:sz w:val="28"/>
          <w:szCs w:val="28"/>
        </w:rPr>
        <w:t>ẻ</w:t>
      </w:r>
      <w:r w:rsidRPr="00E639BA">
        <w:rPr>
          <w:rFonts w:ascii="Times New Roman" w:hAnsi="Times New Roman" w:cs="Times New Roman"/>
          <w:sz w:val="28"/>
          <w:szCs w:val="28"/>
        </w:rPr>
        <w:t>: Nêu c</w:t>
      </w:r>
      <w:r w:rsidRPr="00E639BA">
        <w:rPr>
          <w:rFonts w:ascii="Times New Roman" w:hAnsi="Times New Roman" w:cs="Times New Roman"/>
          <w:sz w:val="28"/>
          <w:szCs w:val="28"/>
        </w:rPr>
        <w:t>ả</w:t>
      </w:r>
      <w:r w:rsidRPr="00E639BA">
        <w:rPr>
          <w:rFonts w:ascii="Times New Roman" w:hAnsi="Times New Roman" w:cs="Times New Roman"/>
          <w:sz w:val="28"/>
          <w:szCs w:val="28"/>
        </w:rPr>
        <w:t>m nh</w:t>
      </w:r>
      <w:r w:rsidRPr="00E639BA">
        <w:rPr>
          <w:rFonts w:ascii="Times New Roman" w:hAnsi="Times New Roman" w:cs="Times New Roman"/>
          <w:sz w:val="28"/>
          <w:szCs w:val="28"/>
        </w:rPr>
        <w:t>ậ</w:t>
      </w:r>
      <w:r w:rsidRPr="00E639BA">
        <w:rPr>
          <w:rFonts w:ascii="Times New Roman" w:hAnsi="Times New Roman" w:cs="Times New Roman"/>
          <w:sz w:val="28"/>
          <w:szCs w:val="28"/>
        </w:rPr>
        <w:t>n v</w:t>
      </w:r>
      <w:r w:rsidRPr="00E639BA">
        <w:rPr>
          <w:rFonts w:ascii="Times New Roman" w:hAnsi="Times New Roman" w:cs="Times New Roman"/>
          <w:sz w:val="28"/>
          <w:szCs w:val="28"/>
        </w:rPr>
        <w:t>ề</w:t>
      </w:r>
      <w:r w:rsidRPr="00E639BA">
        <w:rPr>
          <w:rFonts w:ascii="Times New Roman" w:hAnsi="Times New Roman" w:cs="Times New Roman"/>
          <w:sz w:val="28"/>
          <w:szCs w:val="28"/>
        </w:rPr>
        <w:t xml:space="preserve"> bu</w:t>
      </w:r>
      <w:r w:rsidRPr="00E639BA">
        <w:rPr>
          <w:rFonts w:ascii="Times New Roman" w:hAnsi="Times New Roman" w:cs="Times New Roman"/>
          <w:sz w:val="28"/>
          <w:szCs w:val="28"/>
        </w:rPr>
        <w:t>ổ</w:t>
      </w:r>
      <w:r w:rsidRPr="00E639BA">
        <w:rPr>
          <w:rFonts w:ascii="Times New Roman" w:hAnsi="Times New Roman" w:cs="Times New Roman"/>
          <w:sz w:val="28"/>
          <w:szCs w:val="28"/>
        </w:rPr>
        <w:t>i sáng.</w:t>
      </w:r>
      <w:r w:rsidRPr="00E639BA">
        <w:rPr>
          <w:rFonts w:ascii="Times New Roman" w:hAnsi="Times New Roman" w:cs="Times New Roman"/>
          <w:sz w:val="28"/>
          <w:szCs w:val="28"/>
        </w:rPr>
        <w:br/>
        <w:t>M</w:t>
      </w:r>
      <w:r w:rsidRPr="00E639BA">
        <w:rPr>
          <w:rFonts w:ascii="Times New Roman" w:hAnsi="Times New Roman" w:cs="Times New Roman"/>
          <w:sz w:val="28"/>
          <w:szCs w:val="28"/>
        </w:rPr>
        <w:t>ụ</w:t>
      </w:r>
      <w:r w:rsidRPr="00E639BA">
        <w:rPr>
          <w:rFonts w:ascii="Times New Roman" w:hAnsi="Times New Roman" w:cs="Times New Roman"/>
          <w:sz w:val="28"/>
          <w:szCs w:val="28"/>
        </w:rPr>
        <w:t>c đích: T</w:t>
      </w:r>
      <w:r w:rsidRPr="00E639BA">
        <w:rPr>
          <w:rFonts w:ascii="Times New Roman" w:hAnsi="Times New Roman" w:cs="Times New Roman"/>
          <w:sz w:val="28"/>
          <w:szCs w:val="28"/>
        </w:rPr>
        <w:t>ổ</w:t>
      </w:r>
      <w:r w:rsidRPr="00E639BA">
        <w:rPr>
          <w:rFonts w:ascii="Times New Roman" w:hAnsi="Times New Roman" w:cs="Times New Roman"/>
          <w:sz w:val="28"/>
          <w:szCs w:val="28"/>
        </w:rPr>
        <w:t>ng h</w:t>
      </w:r>
      <w:r w:rsidRPr="00E639BA">
        <w:rPr>
          <w:rFonts w:ascii="Times New Roman" w:hAnsi="Times New Roman" w:cs="Times New Roman"/>
          <w:sz w:val="28"/>
          <w:szCs w:val="28"/>
        </w:rPr>
        <w:t>ợ</w:t>
      </w:r>
      <w:r w:rsidRPr="00E639BA">
        <w:rPr>
          <w:rFonts w:ascii="Times New Roman" w:hAnsi="Times New Roman" w:cs="Times New Roman"/>
          <w:sz w:val="28"/>
          <w:szCs w:val="28"/>
        </w:rPr>
        <w:t>p c</w:t>
      </w:r>
      <w:r w:rsidRPr="00E639BA">
        <w:rPr>
          <w:rFonts w:ascii="Times New Roman" w:hAnsi="Times New Roman" w:cs="Times New Roman"/>
          <w:sz w:val="28"/>
          <w:szCs w:val="28"/>
        </w:rPr>
        <w:t>ả</w:t>
      </w:r>
      <w:r w:rsidRPr="00E639BA">
        <w:rPr>
          <w:rFonts w:ascii="Times New Roman" w:hAnsi="Times New Roman" w:cs="Times New Roman"/>
          <w:sz w:val="28"/>
          <w:szCs w:val="28"/>
        </w:rPr>
        <w:t>m xúc, chuy</w:t>
      </w:r>
      <w:r w:rsidRPr="00E639BA">
        <w:rPr>
          <w:rFonts w:ascii="Times New Roman" w:hAnsi="Times New Roman" w:cs="Times New Roman"/>
          <w:sz w:val="28"/>
          <w:szCs w:val="28"/>
        </w:rPr>
        <w:t>ể</w:t>
      </w:r>
      <w:r w:rsidRPr="00E639BA">
        <w:rPr>
          <w:rFonts w:ascii="Times New Roman" w:hAnsi="Times New Roman" w:cs="Times New Roman"/>
          <w:sz w:val="28"/>
          <w:szCs w:val="28"/>
        </w:rPr>
        <w:t>n ti</w:t>
      </w:r>
      <w:r w:rsidRPr="00E639BA">
        <w:rPr>
          <w:rFonts w:ascii="Times New Roman" w:hAnsi="Times New Roman" w:cs="Times New Roman"/>
          <w:sz w:val="28"/>
          <w:szCs w:val="28"/>
        </w:rPr>
        <w:t>ế</w:t>
      </w:r>
      <w:r w:rsidRPr="00E639BA">
        <w:rPr>
          <w:rFonts w:ascii="Times New Roman" w:hAnsi="Times New Roman" w:cs="Times New Roman"/>
          <w:sz w:val="28"/>
          <w:szCs w:val="28"/>
        </w:rPr>
        <w:t>p nh</w:t>
      </w:r>
      <w:r w:rsidRPr="00E639BA">
        <w:rPr>
          <w:rFonts w:ascii="Times New Roman" w:hAnsi="Times New Roman" w:cs="Times New Roman"/>
          <w:sz w:val="28"/>
          <w:szCs w:val="28"/>
        </w:rPr>
        <w:t>ẹ</w:t>
      </w:r>
      <w:r w:rsidRPr="00E639BA">
        <w:rPr>
          <w:rFonts w:ascii="Times New Roman" w:hAnsi="Times New Roman" w:cs="Times New Roman"/>
          <w:sz w:val="28"/>
          <w:szCs w:val="28"/>
        </w:rPr>
        <w:t xml:space="preserve"> nhàng sang ho</w:t>
      </w:r>
      <w:r w:rsidRPr="00E639BA">
        <w:rPr>
          <w:rFonts w:ascii="Times New Roman" w:hAnsi="Times New Roman" w:cs="Times New Roman"/>
          <w:sz w:val="28"/>
          <w:szCs w:val="28"/>
        </w:rPr>
        <w:t>ạ</w:t>
      </w:r>
      <w:r w:rsidRPr="00E639BA">
        <w:rPr>
          <w:rFonts w:ascii="Times New Roman" w:hAnsi="Times New Roman" w:cs="Times New Roman"/>
          <w:sz w:val="28"/>
          <w:szCs w:val="28"/>
        </w:rPr>
        <w:t>t đ</w:t>
      </w:r>
      <w:r w:rsidRPr="00E639BA">
        <w:rPr>
          <w:rFonts w:ascii="Times New Roman" w:hAnsi="Times New Roman" w:cs="Times New Roman"/>
          <w:sz w:val="28"/>
          <w:szCs w:val="28"/>
        </w:rPr>
        <w:t>ộ</w:t>
      </w:r>
      <w:r w:rsidRPr="00E639BA">
        <w:rPr>
          <w:rFonts w:ascii="Times New Roman" w:hAnsi="Times New Roman" w:cs="Times New Roman"/>
          <w:sz w:val="28"/>
          <w:szCs w:val="28"/>
        </w:rPr>
        <w:t>ng ti</w:t>
      </w:r>
      <w:r w:rsidRPr="00E639BA">
        <w:rPr>
          <w:rFonts w:ascii="Times New Roman" w:hAnsi="Times New Roman" w:cs="Times New Roman"/>
          <w:sz w:val="28"/>
          <w:szCs w:val="28"/>
        </w:rPr>
        <w:t>ế</w:t>
      </w:r>
      <w:r w:rsidRPr="00E639BA">
        <w:rPr>
          <w:rFonts w:ascii="Times New Roman" w:hAnsi="Times New Roman" w:cs="Times New Roman"/>
          <w:sz w:val="28"/>
          <w:szCs w:val="28"/>
        </w:rPr>
        <w:t>p theo.</w:t>
      </w:r>
    </w:p>
    <w:p w14:paraId="2A7700F9" w14:textId="540F5D13" w:rsidR="00123E41" w:rsidRPr="00E639BA" w:rsidRDefault="009545C7" w:rsidP="006F1C3A">
      <w:pPr>
        <w:pStyle w:val="Heading2"/>
        <w:spacing w:before="0"/>
        <w:rPr>
          <w:rFonts w:ascii="Times New Roman" w:hAnsi="Times New Roman" w:cs="Times New Roman"/>
          <w:color w:val="auto"/>
          <w:sz w:val="28"/>
          <w:szCs w:val="28"/>
        </w:rPr>
      </w:pPr>
      <w:r>
        <w:rPr>
          <w:rFonts w:ascii="Times New Roman" w:hAnsi="Times New Roman" w:cs="Times New Roman"/>
          <w:color w:val="auto"/>
          <w:sz w:val="28"/>
          <w:szCs w:val="28"/>
        </w:rPr>
        <w:t>*</w:t>
      </w:r>
      <w:r w:rsidRPr="00E639BA">
        <w:rPr>
          <w:rFonts w:ascii="Times New Roman" w:hAnsi="Times New Roman" w:cs="Times New Roman"/>
          <w:color w:val="auto"/>
          <w:sz w:val="28"/>
          <w:szCs w:val="28"/>
        </w:rPr>
        <w:t>Hiệu quả và ý nghĩa của tiết trò chuyện sáng theo phương pháp Unis</w:t>
      </w:r>
    </w:p>
    <w:p w14:paraId="326D16AA" w14:textId="77777777" w:rsidR="00123E41" w:rsidRPr="00E639BA" w:rsidRDefault="00202C98" w:rsidP="006F1C3A">
      <w:pPr>
        <w:spacing w:after="0"/>
        <w:rPr>
          <w:rFonts w:ascii="Times New Roman" w:hAnsi="Times New Roman" w:cs="Times New Roman"/>
          <w:sz w:val="28"/>
          <w:szCs w:val="28"/>
        </w:rPr>
      </w:pPr>
      <w:r w:rsidRPr="00E639BA">
        <w:rPr>
          <w:rFonts w:ascii="Times New Roman" w:hAnsi="Times New Roman" w:cs="Times New Roman"/>
          <w:sz w:val="28"/>
          <w:szCs w:val="28"/>
        </w:rPr>
        <w:t>- Giúp tr</w:t>
      </w:r>
      <w:r w:rsidRPr="00E639BA">
        <w:rPr>
          <w:rFonts w:ascii="Times New Roman" w:hAnsi="Times New Roman" w:cs="Times New Roman"/>
          <w:sz w:val="28"/>
          <w:szCs w:val="28"/>
        </w:rPr>
        <w:t>ẻ</w:t>
      </w:r>
      <w:r w:rsidRPr="00E639BA">
        <w:rPr>
          <w:rFonts w:ascii="Times New Roman" w:hAnsi="Times New Roman" w:cs="Times New Roman"/>
          <w:sz w:val="28"/>
          <w:szCs w:val="28"/>
        </w:rPr>
        <w:t xml:space="preserve"> t</w:t>
      </w:r>
      <w:r w:rsidRPr="00E639BA">
        <w:rPr>
          <w:rFonts w:ascii="Times New Roman" w:hAnsi="Times New Roman" w:cs="Times New Roman"/>
          <w:sz w:val="28"/>
          <w:szCs w:val="28"/>
        </w:rPr>
        <w:t>ự</w:t>
      </w:r>
      <w:r w:rsidRPr="00E639BA">
        <w:rPr>
          <w:rFonts w:ascii="Times New Roman" w:hAnsi="Times New Roman" w:cs="Times New Roman"/>
          <w:sz w:val="28"/>
          <w:szCs w:val="28"/>
        </w:rPr>
        <w:t xml:space="preserve"> tin, m</w:t>
      </w:r>
      <w:r w:rsidRPr="00E639BA">
        <w:rPr>
          <w:rFonts w:ascii="Times New Roman" w:hAnsi="Times New Roman" w:cs="Times New Roman"/>
          <w:sz w:val="28"/>
          <w:szCs w:val="28"/>
        </w:rPr>
        <w:t>ạ</w:t>
      </w:r>
      <w:r w:rsidRPr="00E639BA">
        <w:rPr>
          <w:rFonts w:ascii="Times New Roman" w:hAnsi="Times New Roman" w:cs="Times New Roman"/>
          <w:sz w:val="28"/>
          <w:szCs w:val="28"/>
        </w:rPr>
        <w:t>nh d</w:t>
      </w:r>
      <w:r w:rsidRPr="00E639BA">
        <w:rPr>
          <w:rFonts w:ascii="Times New Roman" w:hAnsi="Times New Roman" w:cs="Times New Roman"/>
          <w:sz w:val="28"/>
          <w:szCs w:val="28"/>
        </w:rPr>
        <w:t>ạ</w:t>
      </w:r>
      <w:r w:rsidRPr="00E639BA">
        <w:rPr>
          <w:rFonts w:ascii="Times New Roman" w:hAnsi="Times New Roman" w:cs="Times New Roman"/>
          <w:sz w:val="28"/>
          <w:szCs w:val="28"/>
        </w:rPr>
        <w:t>n, bi</w:t>
      </w:r>
      <w:r w:rsidRPr="00E639BA">
        <w:rPr>
          <w:rFonts w:ascii="Times New Roman" w:hAnsi="Times New Roman" w:cs="Times New Roman"/>
          <w:sz w:val="28"/>
          <w:szCs w:val="28"/>
        </w:rPr>
        <w:t>ế</w:t>
      </w:r>
      <w:r w:rsidRPr="00E639BA">
        <w:rPr>
          <w:rFonts w:ascii="Times New Roman" w:hAnsi="Times New Roman" w:cs="Times New Roman"/>
          <w:sz w:val="28"/>
          <w:szCs w:val="28"/>
        </w:rPr>
        <w:t>t l</w:t>
      </w:r>
      <w:r w:rsidRPr="00E639BA">
        <w:rPr>
          <w:rFonts w:ascii="Times New Roman" w:hAnsi="Times New Roman" w:cs="Times New Roman"/>
          <w:sz w:val="28"/>
          <w:szCs w:val="28"/>
        </w:rPr>
        <w:t>ắ</w:t>
      </w:r>
      <w:r w:rsidRPr="00E639BA">
        <w:rPr>
          <w:rFonts w:ascii="Times New Roman" w:hAnsi="Times New Roman" w:cs="Times New Roman"/>
          <w:sz w:val="28"/>
          <w:szCs w:val="28"/>
        </w:rPr>
        <w:t>ng nghe và bày t</w:t>
      </w:r>
      <w:r w:rsidRPr="00E639BA">
        <w:rPr>
          <w:rFonts w:ascii="Times New Roman" w:hAnsi="Times New Roman" w:cs="Times New Roman"/>
          <w:sz w:val="28"/>
          <w:szCs w:val="28"/>
        </w:rPr>
        <w:t>ỏ</w:t>
      </w:r>
      <w:r w:rsidRPr="00E639BA">
        <w:rPr>
          <w:rFonts w:ascii="Times New Roman" w:hAnsi="Times New Roman" w:cs="Times New Roman"/>
          <w:sz w:val="28"/>
          <w:szCs w:val="28"/>
        </w:rPr>
        <w:t xml:space="preserve"> c</w:t>
      </w:r>
      <w:r w:rsidRPr="00E639BA">
        <w:rPr>
          <w:rFonts w:ascii="Times New Roman" w:hAnsi="Times New Roman" w:cs="Times New Roman"/>
          <w:sz w:val="28"/>
          <w:szCs w:val="28"/>
        </w:rPr>
        <w:t>ả</w:t>
      </w:r>
      <w:r w:rsidRPr="00E639BA">
        <w:rPr>
          <w:rFonts w:ascii="Times New Roman" w:hAnsi="Times New Roman" w:cs="Times New Roman"/>
          <w:sz w:val="28"/>
          <w:szCs w:val="28"/>
        </w:rPr>
        <w:t>m xúc.</w:t>
      </w:r>
      <w:r w:rsidRPr="00E639BA">
        <w:rPr>
          <w:rFonts w:ascii="Times New Roman" w:hAnsi="Times New Roman" w:cs="Times New Roman"/>
          <w:sz w:val="28"/>
          <w:szCs w:val="28"/>
        </w:rPr>
        <w:br/>
      </w:r>
      <w:r w:rsidRPr="00E639BA">
        <w:rPr>
          <w:rFonts w:ascii="Times New Roman" w:hAnsi="Times New Roman" w:cs="Times New Roman"/>
          <w:sz w:val="28"/>
          <w:szCs w:val="28"/>
        </w:rPr>
        <w:t>- T</w:t>
      </w:r>
      <w:r w:rsidRPr="00E639BA">
        <w:rPr>
          <w:rFonts w:ascii="Times New Roman" w:hAnsi="Times New Roman" w:cs="Times New Roman"/>
          <w:sz w:val="28"/>
          <w:szCs w:val="28"/>
        </w:rPr>
        <w:t>ạ</w:t>
      </w:r>
      <w:r w:rsidRPr="00E639BA">
        <w:rPr>
          <w:rFonts w:ascii="Times New Roman" w:hAnsi="Times New Roman" w:cs="Times New Roman"/>
          <w:sz w:val="28"/>
          <w:szCs w:val="28"/>
        </w:rPr>
        <w:t>o môi trư</w:t>
      </w:r>
      <w:r w:rsidRPr="00E639BA">
        <w:rPr>
          <w:rFonts w:ascii="Times New Roman" w:hAnsi="Times New Roman" w:cs="Times New Roman"/>
          <w:sz w:val="28"/>
          <w:szCs w:val="28"/>
        </w:rPr>
        <w:t>ờ</w:t>
      </w:r>
      <w:r w:rsidRPr="00E639BA">
        <w:rPr>
          <w:rFonts w:ascii="Times New Roman" w:hAnsi="Times New Roman" w:cs="Times New Roman"/>
          <w:sz w:val="28"/>
          <w:szCs w:val="28"/>
        </w:rPr>
        <w:t>ng h</w:t>
      </w:r>
      <w:r w:rsidRPr="00E639BA">
        <w:rPr>
          <w:rFonts w:ascii="Times New Roman" w:hAnsi="Times New Roman" w:cs="Times New Roman"/>
          <w:sz w:val="28"/>
          <w:szCs w:val="28"/>
        </w:rPr>
        <w:t>ọ</w:t>
      </w:r>
      <w:r w:rsidRPr="00E639BA">
        <w:rPr>
          <w:rFonts w:ascii="Times New Roman" w:hAnsi="Times New Roman" w:cs="Times New Roman"/>
          <w:sz w:val="28"/>
          <w:szCs w:val="28"/>
        </w:rPr>
        <w:t>c t</w:t>
      </w:r>
      <w:r w:rsidRPr="00E639BA">
        <w:rPr>
          <w:rFonts w:ascii="Times New Roman" w:hAnsi="Times New Roman" w:cs="Times New Roman"/>
          <w:sz w:val="28"/>
          <w:szCs w:val="28"/>
        </w:rPr>
        <w:t>ậ</w:t>
      </w:r>
      <w:r w:rsidRPr="00E639BA">
        <w:rPr>
          <w:rFonts w:ascii="Times New Roman" w:hAnsi="Times New Roman" w:cs="Times New Roman"/>
          <w:sz w:val="28"/>
          <w:szCs w:val="28"/>
        </w:rPr>
        <w:t>p thân thi</w:t>
      </w:r>
      <w:r w:rsidRPr="00E639BA">
        <w:rPr>
          <w:rFonts w:ascii="Times New Roman" w:hAnsi="Times New Roman" w:cs="Times New Roman"/>
          <w:sz w:val="28"/>
          <w:szCs w:val="28"/>
        </w:rPr>
        <w:t>ệ</w:t>
      </w:r>
      <w:r w:rsidRPr="00E639BA">
        <w:rPr>
          <w:rFonts w:ascii="Times New Roman" w:hAnsi="Times New Roman" w:cs="Times New Roman"/>
          <w:sz w:val="28"/>
          <w:szCs w:val="28"/>
        </w:rPr>
        <w:t>n, vui v</w:t>
      </w:r>
      <w:r w:rsidRPr="00E639BA">
        <w:rPr>
          <w:rFonts w:ascii="Times New Roman" w:hAnsi="Times New Roman" w:cs="Times New Roman"/>
          <w:sz w:val="28"/>
          <w:szCs w:val="28"/>
        </w:rPr>
        <w:t>ẻ</w:t>
      </w:r>
      <w:r w:rsidRPr="00E639BA">
        <w:rPr>
          <w:rFonts w:ascii="Times New Roman" w:hAnsi="Times New Roman" w:cs="Times New Roman"/>
          <w:sz w:val="28"/>
          <w:szCs w:val="28"/>
        </w:rPr>
        <w:t>, tôn tr</w:t>
      </w:r>
      <w:r w:rsidRPr="00E639BA">
        <w:rPr>
          <w:rFonts w:ascii="Times New Roman" w:hAnsi="Times New Roman" w:cs="Times New Roman"/>
          <w:sz w:val="28"/>
          <w:szCs w:val="28"/>
        </w:rPr>
        <w:t>ọ</w:t>
      </w:r>
      <w:r w:rsidRPr="00E639BA">
        <w:rPr>
          <w:rFonts w:ascii="Times New Roman" w:hAnsi="Times New Roman" w:cs="Times New Roman"/>
          <w:sz w:val="28"/>
          <w:szCs w:val="28"/>
        </w:rPr>
        <w:t>ng l</w:t>
      </w:r>
      <w:r w:rsidRPr="00E639BA">
        <w:rPr>
          <w:rFonts w:ascii="Times New Roman" w:hAnsi="Times New Roman" w:cs="Times New Roman"/>
          <w:sz w:val="28"/>
          <w:szCs w:val="28"/>
        </w:rPr>
        <w:t>ẫ</w:t>
      </w:r>
      <w:r w:rsidRPr="00E639BA">
        <w:rPr>
          <w:rFonts w:ascii="Times New Roman" w:hAnsi="Times New Roman" w:cs="Times New Roman"/>
          <w:sz w:val="28"/>
          <w:szCs w:val="28"/>
        </w:rPr>
        <w:t>n nhau.</w:t>
      </w:r>
      <w:r w:rsidRPr="00E639BA">
        <w:rPr>
          <w:rFonts w:ascii="Times New Roman" w:hAnsi="Times New Roman" w:cs="Times New Roman"/>
          <w:sz w:val="28"/>
          <w:szCs w:val="28"/>
        </w:rPr>
        <w:br/>
        <w:t>- Cô giáo hi</w:t>
      </w:r>
      <w:r w:rsidRPr="00E639BA">
        <w:rPr>
          <w:rFonts w:ascii="Times New Roman" w:hAnsi="Times New Roman" w:cs="Times New Roman"/>
          <w:sz w:val="28"/>
          <w:szCs w:val="28"/>
        </w:rPr>
        <w:t>ể</w:t>
      </w:r>
      <w:r w:rsidRPr="00E639BA">
        <w:rPr>
          <w:rFonts w:ascii="Times New Roman" w:hAnsi="Times New Roman" w:cs="Times New Roman"/>
          <w:sz w:val="28"/>
          <w:szCs w:val="28"/>
        </w:rPr>
        <w:t>u rõ tâm lý tr</w:t>
      </w:r>
      <w:r w:rsidRPr="00E639BA">
        <w:rPr>
          <w:rFonts w:ascii="Times New Roman" w:hAnsi="Times New Roman" w:cs="Times New Roman"/>
          <w:sz w:val="28"/>
          <w:szCs w:val="28"/>
        </w:rPr>
        <w:t>ẻ</w:t>
      </w:r>
      <w:r w:rsidRPr="00E639BA">
        <w:rPr>
          <w:rFonts w:ascii="Times New Roman" w:hAnsi="Times New Roman" w:cs="Times New Roman"/>
          <w:sz w:val="28"/>
          <w:szCs w:val="28"/>
        </w:rPr>
        <w:t xml:space="preserve"> đ</w:t>
      </w:r>
      <w:r w:rsidRPr="00E639BA">
        <w:rPr>
          <w:rFonts w:ascii="Times New Roman" w:hAnsi="Times New Roman" w:cs="Times New Roman"/>
          <w:sz w:val="28"/>
          <w:szCs w:val="28"/>
        </w:rPr>
        <w:t>ể</w:t>
      </w:r>
      <w:r w:rsidRPr="00E639BA">
        <w:rPr>
          <w:rFonts w:ascii="Times New Roman" w:hAnsi="Times New Roman" w:cs="Times New Roman"/>
          <w:sz w:val="28"/>
          <w:szCs w:val="28"/>
        </w:rPr>
        <w:t xml:space="preserve"> h</w:t>
      </w:r>
      <w:r w:rsidRPr="00E639BA">
        <w:rPr>
          <w:rFonts w:ascii="Times New Roman" w:hAnsi="Times New Roman" w:cs="Times New Roman"/>
          <w:sz w:val="28"/>
          <w:szCs w:val="28"/>
        </w:rPr>
        <w:t>ỗ</w:t>
      </w:r>
      <w:r w:rsidRPr="00E639BA">
        <w:rPr>
          <w:rFonts w:ascii="Times New Roman" w:hAnsi="Times New Roman" w:cs="Times New Roman"/>
          <w:sz w:val="28"/>
          <w:szCs w:val="28"/>
        </w:rPr>
        <w:t xml:space="preserve"> tr</w:t>
      </w:r>
      <w:r w:rsidRPr="00E639BA">
        <w:rPr>
          <w:rFonts w:ascii="Times New Roman" w:hAnsi="Times New Roman" w:cs="Times New Roman"/>
          <w:sz w:val="28"/>
          <w:szCs w:val="28"/>
        </w:rPr>
        <w:t>ợ</w:t>
      </w:r>
      <w:r w:rsidRPr="00E639BA">
        <w:rPr>
          <w:rFonts w:ascii="Times New Roman" w:hAnsi="Times New Roman" w:cs="Times New Roman"/>
          <w:sz w:val="28"/>
          <w:szCs w:val="28"/>
        </w:rPr>
        <w:t>, đ</w:t>
      </w:r>
      <w:r w:rsidRPr="00E639BA">
        <w:rPr>
          <w:rFonts w:ascii="Times New Roman" w:hAnsi="Times New Roman" w:cs="Times New Roman"/>
          <w:sz w:val="28"/>
          <w:szCs w:val="28"/>
        </w:rPr>
        <w:t>ị</w:t>
      </w:r>
      <w:r w:rsidRPr="00E639BA">
        <w:rPr>
          <w:rFonts w:ascii="Times New Roman" w:hAnsi="Times New Roman" w:cs="Times New Roman"/>
          <w:sz w:val="28"/>
          <w:szCs w:val="28"/>
        </w:rPr>
        <w:t>nh hư</w:t>
      </w:r>
      <w:r w:rsidRPr="00E639BA">
        <w:rPr>
          <w:rFonts w:ascii="Times New Roman" w:hAnsi="Times New Roman" w:cs="Times New Roman"/>
          <w:sz w:val="28"/>
          <w:szCs w:val="28"/>
        </w:rPr>
        <w:t>ớ</w:t>
      </w:r>
      <w:r w:rsidRPr="00E639BA">
        <w:rPr>
          <w:rFonts w:ascii="Times New Roman" w:hAnsi="Times New Roman" w:cs="Times New Roman"/>
          <w:sz w:val="28"/>
          <w:szCs w:val="28"/>
        </w:rPr>
        <w:t>ng phù h</w:t>
      </w:r>
      <w:r w:rsidRPr="00E639BA">
        <w:rPr>
          <w:rFonts w:ascii="Times New Roman" w:hAnsi="Times New Roman" w:cs="Times New Roman"/>
          <w:sz w:val="28"/>
          <w:szCs w:val="28"/>
        </w:rPr>
        <w:t>ợ</w:t>
      </w:r>
      <w:r w:rsidRPr="00E639BA">
        <w:rPr>
          <w:rFonts w:ascii="Times New Roman" w:hAnsi="Times New Roman" w:cs="Times New Roman"/>
          <w:sz w:val="28"/>
          <w:szCs w:val="28"/>
        </w:rPr>
        <w:t>p.</w:t>
      </w:r>
      <w:r w:rsidRPr="00E639BA">
        <w:rPr>
          <w:rFonts w:ascii="Times New Roman" w:hAnsi="Times New Roman" w:cs="Times New Roman"/>
          <w:sz w:val="28"/>
          <w:szCs w:val="28"/>
        </w:rPr>
        <w:br/>
        <w:t>- Góp ph</w:t>
      </w:r>
      <w:r w:rsidRPr="00E639BA">
        <w:rPr>
          <w:rFonts w:ascii="Times New Roman" w:hAnsi="Times New Roman" w:cs="Times New Roman"/>
          <w:sz w:val="28"/>
          <w:szCs w:val="28"/>
        </w:rPr>
        <w:t>ầ</w:t>
      </w:r>
      <w:r w:rsidRPr="00E639BA">
        <w:rPr>
          <w:rFonts w:ascii="Times New Roman" w:hAnsi="Times New Roman" w:cs="Times New Roman"/>
          <w:sz w:val="28"/>
          <w:szCs w:val="28"/>
        </w:rPr>
        <w:t>n xây d</w:t>
      </w:r>
      <w:r w:rsidRPr="00E639BA">
        <w:rPr>
          <w:rFonts w:ascii="Times New Roman" w:hAnsi="Times New Roman" w:cs="Times New Roman"/>
          <w:sz w:val="28"/>
          <w:szCs w:val="28"/>
        </w:rPr>
        <w:t>ự</w:t>
      </w:r>
      <w:r w:rsidRPr="00E639BA">
        <w:rPr>
          <w:rFonts w:ascii="Times New Roman" w:hAnsi="Times New Roman" w:cs="Times New Roman"/>
          <w:sz w:val="28"/>
          <w:szCs w:val="28"/>
        </w:rPr>
        <w:t>ng “trư</w:t>
      </w:r>
      <w:r w:rsidRPr="00E639BA">
        <w:rPr>
          <w:rFonts w:ascii="Times New Roman" w:hAnsi="Times New Roman" w:cs="Times New Roman"/>
          <w:sz w:val="28"/>
          <w:szCs w:val="28"/>
        </w:rPr>
        <w:t>ờ</w:t>
      </w:r>
      <w:r w:rsidRPr="00E639BA">
        <w:rPr>
          <w:rFonts w:ascii="Times New Roman" w:hAnsi="Times New Roman" w:cs="Times New Roman"/>
          <w:sz w:val="28"/>
          <w:szCs w:val="28"/>
        </w:rPr>
        <w:t>ng h</w:t>
      </w:r>
      <w:r w:rsidRPr="00E639BA">
        <w:rPr>
          <w:rFonts w:ascii="Times New Roman" w:hAnsi="Times New Roman" w:cs="Times New Roman"/>
          <w:sz w:val="28"/>
          <w:szCs w:val="28"/>
        </w:rPr>
        <w:t>ọ</w:t>
      </w:r>
      <w:r w:rsidRPr="00E639BA">
        <w:rPr>
          <w:rFonts w:ascii="Times New Roman" w:hAnsi="Times New Roman" w:cs="Times New Roman"/>
          <w:sz w:val="28"/>
          <w:szCs w:val="28"/>
        </w:rPr>
        <w:t>c h</w:t>
      </w:r>
      <w:r w:rsidRPr="00E639BA">
        <w:rPr>
          <w:rFonts w:ascii="Times New Roman" w:hAnsi="Times New Roman" w:cs="Times New Roman"/>
          <w:sz w:val="28"/>
          <w:szCs w:val="28"/>
        </w:rPr>
        <w:t>ạ</w:t>
      </w:r>
      <w:r w:rsidRPr="00E639BA">
        <w:rPr>
          <w:rFonts w:ascii="Times New Roman" w:hAnsi="Times New Roman" w:cs="Times New Roman"/>
          <w:sz w:val="28"/>
          <w:szCs w:val="28"/>
        </w:rPr>
        <w:t>nh phúc – l</w:t>
      </w:r>
      <w:r w:rsidRPr="00E639BA">
        <w:rPr>
          <w:rFonts w:ascii="Times New Roman" w:hAnsi="Times New Roman" w:cs="Times New Roman"/>
          <w:sz w:val="28"/>
          <w:szCs w:val="28"/>
        </w:rPr>
        <w:t>ớ</w:t>
      </w:r>
      <w:r w:rsidRPr="00E639BA">
        <w:rPr>
          <w:rFonts w:ascii="Times New Roman" w:hAnsi="Times New Roman" w:cs="Times New Roman"/>
          <w:sz w:val="28"/>
          <w:szCs w:val="28"/>
        </w:rPr>
        <w:t>p h</w:t>
      </w:r>
      <w:r w:rsidRPr="00E639BA">
        <w:rPr>
          <w:rFonts w:ascii="Times New Roman" w:hAnsi="Times New Roman" w:cs="Times New Roman"/>
          <w:sz w:val="28"/>
          <w:szCs w:val="28"/>
        </w:rPr>
        <w:t>ọ</w:t>
      </w:r>
      <w:r w:rsidRPr="00E639BA">
        <w:rPr>
          <w:rFonts w:ascii="Times New Roman" w:hAnsi="Times New Roman" w:cs="Times New Roman"/>
          <w:sz w:val="28"/>
          <w:szCs w:val="28"/>
        </w:rPr>
        <w:t>c thân thi</w:t>
      </w:r>
      <w:r w:rsidRPr="00E639BA">
        <w:rPr>
          <w:rFonts w:ascii="Times New Roman" w:hAnsi="Times New Roman" w:cs="Times New Roman"/>
          <w:sz w:val="28"/>
          <w:szCs w:val="28"/>
        </w:rPr>
        <w:t>ệ</w:t>
      </w:r>
      <w:r w:rsidRPr="00E639BA">
        <w:rPr>
          <w:rFonts w:ascii="Times New Roman" w:hAnsi="Times New Roman" w:cs="Times New Roman"/>
          <w:sz w:val="28"/>
          <w:szCs w:val="28"/>
        </w:rPr>
        <w:t>n”.</w:t>
      </w:r>
    </w:p>
    <w:p w14:paraId="34687F31" w14:textId="42D73FDE" w:rsidR="00123E41" w:rsidRDefault="005D58B4" w:rsidP="006F1C3A">
      <w:pPr>
        <w:spacing w:after="0"/>
        <w:rPr>
          <w:rFonts w:ascii="Times New Roman" w:hAnsi="Times New Roman" w:cs="Times New Roman"/>
          <w:sz w:val="28"/>
          <w:szCs w:val="28"/>
        </w:rPr>
      </w:pPr>
      <w:r>
        <w:rPr>
          <w:rFonts w:ascii="Times New Roman" w:hAnsi="Times New Roman" w:cs="Times New Roman"/>
          <w:sz w:val="28"/>
          <w:szCs w:val="28"/>
        </w:rPr>
        <w:t xml:space="preserve">     </w:t>
      </w:r>
      <w:r w:rsidR="009545C7">
        <w:rPr>
          <w:rFonts w:ascii="Times New Roman" w:hAnsi="Times New Roman" w:cs="Times New Roman"/>
          <w:sz w:val="28"/>
          <w:szCs w:val="28"/>
        </w:rPr>
        <w:t>=&gt;</w:t>
      </w:r>
      <w:r w:rsidRPr="00E639BA">
        <w:rPr>
          <w:rFonts w:ascii="Times New Roman" w:hAnsi="Times New Roman" w:cs="Times New Roman"/>
          <w:sz w:val="28"/>
          <w:szCs w:val="28"/>
        </w:rPr>
        <w:t>Tiết trò chuyện sáng theo phương pháp Unis không chỉ là hoạt động mở đầu ngày học mà còn là nhịp cầu kết nối yêu thương giữa cô và trẻ. Khi mỗi đứa trẻ được đón nhận, được lắng nghe, được chia sẻ cảm xúc, c</w:t>
      </w:r>
      <w:r>
        <w:rPr>
          <w:rFonts w:ascii="Times New Roman" w:hAnsi="Times New Roman" w:cs="Times New Roman"/>
          <w:sz w:val="28"/>
          <w:szCs w:val="28"/>
        </w:rPr>
        <w:t>ác con</w:t>
      </w:r>
      <w:r w:rsidRPr="00E639BA">
        <w:rPr>
          <w:rFonts w:ascii="Times New Roman" w:hAnsi="Times New Roman" w:cs="Times New Roman"/>
          <w:sz w:val="28"/>
          <w:szCs w:val="28"/>
        </w:rPr>
        <w:t xml:space="preserve"> sẽ đến lớp bằng nụ cười và sự tự tin — đó chính là thành công lớn nhất của người giáo viên mầm non.</w:t>
      </w:r>
    </w:p>
    <w:p w14:paraId="56B9FEF0" w14:textId="62DAA3DC" w:rsidR="00AF0592" w:rsidRPr="00AF0592" w:rsidRDefault="00AF0592" w:rsidP="006F1C3A">
      <w:pPr>
        <w:spacing w:after="0"/>
        <w:rPr>
          <w:rFonts w:ascii="Times New Roman" w:hAnsi="Times New Roman" w:cs="Times New Roman"/>
          <w:i/>
          <w:sz w:val="28"/>
          <w:szCs w:val="28"/>
        </w:rPr>
      </w:pPr>
      <w:r>
        <w:rPr>
          <w:rFonts w:ascii="Times New Roman" w:hAnsi="Times New Roman" w:cs="Times New Roman"/>
          <w:sz w:val="28"/>
          <w:szCs w:val="28"/>
        </w:rPr>
        <w:t xml:space="preserve">                                                                             </w:t>
      </w:r>
      <w:r w:rsidRPr="00AF0592">
        <w:rPr>
          <w:rFonts w:ascii="Times New Roman" w:hAnsi="Times New Roman" w:cs="Times New Roman"/>
          <w:i/>
          <w:sz w:val="28"/>
          <w:szCs w:val="28"/>
        </w:rPr>
        <w:t>Đức Châu ngày 21/11/2025</w:t>
      </w:r>
    </w:p>
    <w:p w14:paraId="5BDD18C7" w14:textId="77777777" w:rsidR="00AF0592" w:rsidRDefault="00AF0592" w:rsidP="006F1C3A">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699FC3C6" w14:textId="7708F60D" w:rsidR="00AF0592" w:rsidRPr="00AF0592" w:rsidRDefault="00AF0592" w:rsidP="006F1C3A">
      <w:pPr>
        <w:spacing w:after="0"/>
        <w:rPr>
          <w:rFonts w:ascii="Times New Roman" w:hAnsi="Times New Roman" w:cs="Times New Roman"/>
          <w:b/>
          <w:sz w:val="28"/>
          <w:szCs w:val="28"/>
        </w:rPr>
      </w:pPr>
      <w:r>
        <w:rPr>
          <w:rFonts w:ascii="Times New Roman" w:hAnsi="Times New Roman" w:cs="Times New Roman"/>
          <w:sz w:val="28"/>
          <w:szCs w:val="28"/>
        </w:rPr>
        <w:t xml:space="preserve">                                                                                        </w:t>
      </w:r>
      <w:r w:rsidRPr="00AF0592">
        <w:rPr>
          <w:rFonts w:ascii="Times New Roman" w:hAnsi="Times New Roman" w:cs="Times New Roman"/>
          <w:b/>
          <w:sz w:val="28"/>
          <w:szCs w:val="28"/>
        </w:rPr>
        <w:t>Nguyễn Thị Hà</w:t>
      </w:r>
    </w:p>
    <w:sectPr w:rsidR="00AF0592" w:rsidRPr="00AF0592" w:rsidSect="00BE0A9B">
      <w:pgSz w:w="12240" w:h="15840"/>
      <w:pgMar w:top="851" w:right="1797" w:bottom="851"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819FB" w14:textId="77777777" w:rsidR="00202C98" w:rsidRDefault="00202C98" w:rsidP="00BE0A9B">
      <w:pPr>
        <w:spacing w:after="0" w:line="240" w:lineRule="auto"/>
      </w:pPr>
      <w:r>
        <w:separator/>
      </w:r>
    </w:p>
  </w:endnote>
  <w:endnote w:type="continuationSeparator" w:id="0">
    <w:p w14:paraId="4B80DF8C" w14:textId="77777777" w:rsidR="00202C98" w:rsidRDefault="00202C98" w:rsidP="00BE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D0625" w14:textId="77777777" w:rsidR="00202C98" w:rsidRDefault="00202C98" w:rsidP="00BE0A9B">
      <w:pPr>
        <w:spacing w:after="0" w:line="240" w:lineRule="auto"/>
      </w:pPr>
      <w:r>
        <w:separator/>
      </w:r>
    </w:p>
  </w:footnote>
  <w:footnote w:type="continuationSeparator" w:id="0">
    <w:p w14:paraId="0564FDDE" w14:textId="77777777" w:rsidR="00202C98" w:rsidRDefault="00202C98" w:rsidP="00BE0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065310"/>
    <w:rsid w:val="00123E41"/>
    <w:rsid w:val="0015074B"/>
    <w:rsid w:val="00202C98"/>
    <w:rsid w:val="0029639D"/>
    <w:rsid w:val="0032395F"/>
    <w:rsid w:val="00326F90"/>
    <w:rsid w:val="003A408D"/>
    <w:rsid w:val="005328A8"/>
    <w:rsid w:val="005D58B4"/>
    <w:rsid w:val="006F1C3A"/>
    <w:rsid w:val="009545C7"/>
    <w:rsid w:val="00AA1D8D"/>
    <w:rsid w:val="00AF0592"/>
    <w:rsid w:val="00B47730"/>
    <w:rsid w:val="00BE0A9B"/>
    <w:rsid w:val="00C11A9D"/>
    <w:rsid w:val="00C4410C"/>
    <w:rsid w:val="00C6126B"/>
    <w:rsid w:val="00CB0664"/>
    <w:rsid w:val="00D10D24"/>
    <w:rsid w:val="00D231DD"/>
    <w:rsid w:val="00D93749"/>
    <w:rsid w:val="00E639BA"/>
    <w:rsid w:val="00E93DE5"/>
    <w:rsid w:val="00EE394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194133"/>
  <w14:defaultImageDpi w14:val="300"/>
  <w15:docId w15:val="{BB68D3D0-33DA-475F-BF08-BC3B0242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FEC2-1EB4-4C3D-8334-3B34B525D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4</cp:revision>
  <dcterms:created xsi:type="dcterms:W3CDTF">2025-11-10T12:39:00Z</dcterms:created>
  <dcterms:modified xsi:type="dcterms:W3CDTF">2025-11-21T02:59:00Z</dcterms:modified>
  <cp:category/>
</cp:coreProperties>
</file>